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CBC6B4" w14:textId="77777777" w:rsidR="00183EA6" w:rsidRPr="00193F6B" w:rsidRDefault="00183EA6" w:rsidP="00183EA6">
      <w:pPr>
        <w:pStyle w:val="Titlu1"/>
        <w:rPr>
          <w:lang w:val="en-US" w:eastAsia="ro-RO"/>
        </w:rPr>
      </w:pPr>
      <w:r w:rsidRPr="00193F6B">
        <w:rPr>
          <w:lang w:val="en-US" w:eastAsia="ro-RO"/>
        </w:rPr>
        <w:t xml:space="preserve">Paper Title </w:t>
      </w:r>
    </w:p>
    <w:p w14:paraId="2292921A" w14:textId="77777777" w:rsidR="00183EA6" w:rsidRPr="00193F6B" w:rsidRDefault="00183EA6" w:rsidP="00183EA6">
      <w:pPr>
        <w:spacing w:after="0"/>
        <w:rPr>
          <w:rFonts w:eastAsia="Verdana" w:cs="Times New Roman"/>
          <w:lang w:val="en-US" w:eastAsia="ro-RO"/>
        </w:rPr>
      </w:pPr>
      <w:r w:rsidRPr="00193F6B">
        <w:rPr>
          <w:rFonts w:cs="Times New Roman"/>
          <w:lang w:val="en-US" w:eastAsia="ro-RO"/>
        </w:rPr>
        <w:t>[Times New Roman 16-point, bold, left alignment, capitalize the first letter]</w:t>
      </w:r>
      <w:r w:rsidRPr="00193F6B">
        <w:rPr>
          <w:rFonts w:eastAsia="Verdana" w:cs="Times New Roman"/>
          <w:lang w:val="en-US" w:eastAsia="ro-RO"/>
        </w:rPr>
        <w:t xml:space="preserve"> </w:t>
      </w:r>
    </w:p>
    <w:p w14:paraId="6BFBB773" w14:textId="77777777" w:rsidR="00183EA6" w:rsidRDefault="00183EA6" w:rsidP="00183EA6">
      <w:pPr>
        <w:pStyle w:val="Titlu2"/>
        <w:rPr>
          <w:sz w:val="28"/>
          <w:lang w:val="en-US" w:eastAsia="ro-RO"/>
        </w:rPr>
      </w:pPr>
      <w:r w:rsidRPr="00FE4169">
        <w:rPr>
          <w:lang w:val="en-US" w:eastAsia="ro-RO"/>
        </w:rPr>
        <w:t>FAMILY-NAME Name</w:t>
      </w:r>
      <w:r w:rsidRPr="00FE4169">
        <w:rPr>
          <w:vertAlign w:val="superscript"/>
          <w:lang w:val="en-US" w:eastAsia="ro-RO"/>
        </w:rPr>
        <w:t>1</w:t>
      </w:r>
      <w:r w:rsidRPr="00FE4169">
        <w:rPr>
          <w:lang w:val="en-US" w:eastAsia="ro-RO"/>
        </w:rPr>
        <w:t>, FAMILY-NAME Name</w:t>
      </w:r>
      <w:r w:rsidRPr="00FE4169">
        <w:rPr>
          <w:vertAlign w:val="superscript"/>
          <w:lang w:val="en-US" w:eastAsia="ro-RO"/>
        </w:rPr>
        <w:t>2</w:t>
      </w:r>
      <w:r w:rsidRPr="00FE4169">
        <w:rPr>
          <w:sz w:val="28"/>
          <w:lang w:val="en-US" w:eastAsia="ro-RO"/>
        </w:rPr>
        <w:t xml:space="preserve"> </w:t>
      </w:r>
    </w:p>
    <w:p w14:paraId="32B9A5F9" w14:textId="77777777" w:rsidR="00183EA6" w:rsidRPr="00193F6B" w:rsidRDefault="00183EA6" w:rsidP="00183EA6">
      <w:pPr>
        <w:spacing w:after="0"/>
        <w:rPr>
          <w:rFonts w:cs="Times New Roman"/>
          <w:lang w:val="en-US" w:eastAsia="ro-RO"/>
        </w:rPr>
      </w:pPr>
      <w:r w:rsidRPr="00193F6B">
        <w:rPr>
          <w:rFonts w:cs="Times New Roman"/>
          <w:lang w:val="en-US" w:eastAsia="ro-RO"/>
        </w:rPr>
        <w:t xml:space="preserve">[Times New Roman 13 point, bold] </w:t>
      </w:r>
    </w:p>
    <w:p w14:paraId="17210A37" w14:textId="77777777" w:rsidR="00183EA6" w:rsidRPr="00FE4169" w:rsidRDefault="00183EA6" w:rsidP="00183EA6">
      <w:pPr>
        <w:keepNext/>
        <w:keepLines/>
        <w:spacing w:after="0"/>
        <w:outlineLvl w:val="0"/>
        <w:rPr>
          <w:rFonts w:eastAsia="Times New Roman" w:cs="Times New Roman"/>
          <w:b/>
          <w:color w:val="000000"/>
          <w:sz w:val="26"/>
          <w:lang w:val="en-US" w:eastAsia="ro-RO"/>
        </w:rPr>
      </w:pPr>
    </w:p>
    <w:p w14:paraId="6991A1C4" w14:textId="77777777" w:rsidR="00183EA6" w:rsidRPr="00FE4169" w:rsidRDefault="00183EA6" w:rsidP="00183EA6">
      <w:pPr>
        <w:pStyle w:val="AuthorAffiliation"/>
        <w:rPr>
          <w:lang w:val="en-US" w:eastAsia="ro-RO"/>
        </w:rPr>
      </w:pPr>
      <w:r w:rsidRPr="00183EA6">
        <w:rPr>
          <w:vertAlign w:val="superscript"/>
          <w:lang w:val="en-US" w:eastAsia="ro-RO"/>
        </w:rPr>
        <w:t>1</w:t>
      </w:r>
      <w:r>
        <w:rPr>
          <w:lang w:val="en-US" w:eastAsia="ro-RO"/>
        </w:rPr>
        <w:t xml:space="preserve"> </w:t>
      </w:r>
      <w:r w:rsidRPr="00FE4169">
        <w:rPr>
          <w:lang w:val="en-US" w:eastAsia="ro-RO"/>
        </w:rPr>
        <w:t xml:space="preserve">Author Affiliation (COUNTRY) [9-point, italic] </w:t>
      </w:r>
    </w:p>
    <w:p w14:paraId="12F7C87A" w14:textId="77777777" w:rsidR="00183EA6" w:rsidRPr="00FE4169" w:rsidRDefault="00183EA6" w:rsidP="00183EA6">
      <w:pPr>
        <w:pStyle w:val="AuthorAffiliation"/>
        <w:rPr>
          <w:lang w:val="en-US" w:eastAsia="ro-RO"/>
        </w:rPr>
      </w:pPr>
      <w:r w:rsidRPr="00183EA6">
        <w:rPr>
          <w:vertAlign w:val="superscript"/>
          <w:lang w:val="en-US" w:eastAsia="ro-RO"/>
        </w:rPr>
        <w:t>2</w:t>
      </w:r>
      <w:r>
        <w:rPr>
          <w:lang w:val="en-US" w:eastAsia="ro-RO"/>
        </w:rPr>
        <w:t xml:space="preserve"> </w:t>
      </w:r>
      <w:r w:rsidRPr="00FE4169">
        <w:rPr>
          <w:lang w:val="en-US" w:eastAsia="ro-RO"/>
        </w:rPr>
        <w:t xml:space="preserve">Author Affiliation (COUNTRY) [9-point, italic] </w:t>
      </w:r>
    </w:p>
    <w:p w14:paraId="46D2B5DB" w14:textId="77777777" w:rsidR="00183EA6" w:rsidRPr="00FE4169" w:rsidRDefault="00183EA6" w:rsidP="00183EA6">
      <w:pPr>
        <w:spacing w:after="0"/>
        <w:ind w:left="98" w:right="6"/>
        <w:jc w:val="both"/>
        <w:rPr>
          <w:rFonts w:eastAsia="Times New Roman" w:cs="Times New Roman"/>
          <w:color w:val="000000"/>
          <w:lang w:val="en-US" w:eastAsia="ro-RO"/>
        </w:rPr>
      </w:pPr>
    </w:p>
    <w:p w14:paraId="1C975B9E" w14:textId="77777777" w:rsidR="00183EA6" w:rsidRDefault="00183EA6" w:rsidP="004F4A40">
      <w:pPr>
        <w:pStyle w:val="Correspondingauthor"/>
        <w:rPr>
          <w:rFonts w:ascii="Verdana" w:eastAsia="Verdana" w:hAnsi="Verdana" w:cs="Verdana"/>
          <w:sz w:val="22"/>
        </w:rPr>
      </w:pPr>
      <w:r w:rsidRPr="00440EA9">
        <w:rPr>
          <w:b/>
          <w:bCs/>
        </w:rPr>
        <w:t>Corresponding author</w:t>
      </w:r>
      <w:r>
        <w:t>:</w:t>
      </w:r>
      <w:r w:rsidRPr="00FE4169">
        <w:t xml:space="preserve"> </w:t>
      </w:r>
      <w:hyperlink r:id="rId6" w:history="1">
        <w:r w:rsidRPr="00776FD1">
          <w:rPr>
            <w:rStyle w:val="Hyperlink"/>
            <w:sz w:val="20"/>
          </w:rPr>
          <w:t>email@institution.edu</w:t>
        </w:r>
      </w:hyperlink>
      <w:r>
        <w:t xml:space="preserve"> </w:t>
      </w:r>
      <w:r w:rsidRPr="00FE4169">
        <w:t>[9-point, italic</w:t>
      </w:r>
      <w:r w:rsidR="004F4A40">
        <w:t>s</w:t>
      </w:r>
      <w:r w:rsidRPr="00FE4169">
        <w:t>]</w:t>
      </w:r>
      <w:r w:rsidRPr="00FE4169">
        <w:rPr>
          <w:rFonts w:ascii="Verdana" w:eastAsia="Verdana" w:hAnsi="Verdana" w:cs="Verdana"/>
          <w:sz w:val="22"/>
        </w:rPr>
        <w:t xml:space="preserve"> </w:t>
      </w:r>
    </w:p>
    <w:p w14:paraId="75A273B1" w14:textId="77777777" w:rsidR="00183EA6" w:rsidRDefault="00183EA6" w:rsidP="00183EA6">
      <w:pPr>
        <w:spacing w:after="0"/>
        <w:ind w:left="-5" w:hanging="10"/>
        <w:rPr>
          <w:rFonts w:ascii="Verdana" w:eastAsia="Verdana" w:hAnsi="Verdana" w:cs="Verdana"/>
          <w:i/>
          <w:color w:val="000000"/>
          <w:sz w:val="22"/>
          <w:lang w:val="en-US" w:eastAsia="ro-RO"/>
        </w:rPr>
      </w:pPr>
    </w:p>
    <w:p w14:paraId="743D4F73" w14:textId="77777777" w:rsidR="00183EA6" w:rsidRPr="00FE4169" w:rsidRDefault="00183EA6" w:rsidP="00187D89">
      <w:pPr>
        <w:rPr>
          <w:lang w:val="en-US" w:eastAsia="ro-RO"/>
        </w:rPr>
      </w:pPr>
      <w:r w:rsidRPr="00FE4169">
        <w:rPr>
          <w:b/>
          <w:bCs/>
          <w:lang w:val="en-US" w:eastAsia="ro-RO"/>
        </w:rPr>
        <w:t>Scientific Section:</w:t>
      </w:r>
      <w:r w:rsidRPr="00FE4169">
        <w:rPr>
          <w:lang w:val="en-US" w:eastAsia="ro-RO"/>
        </w:rPr>
        <w:t xml:space="preserve"> </w:t>
      </w:r>
      <w:r>
        <w:rPr>
          <w:lang w:val="en-US" w:eastAsia="ro-RO"/>
        </w:rPr>
        <w:t>_______________________</w:t>
      </w:r>
    </w:p>
    <w:p w14:paraId="6F1DDC3F" w14:textId="77777777" w:rsidR="00183EA6" w:rsidRPr="00FE4169" w:rsidRDefault="00183EA6" w:rsidP="00183EA6">
      <w:pPr>
        <w:spacing w:after="0"/>
        <w:ind w:left="-5" w:hanging="10"/>
        <w:rPr>
          <w:rFonts w:eastAsia="Times New Roman" w:cs="Times New Roman"/>
          <w:color w:val="000000"/>
          <w:lang w:val="en-US" w:eastAsia="ro-RO"/>
        </w:rPr>
      </w:pPr>
    </w:p>
    <w:p w14:paraId="67974542" w14:textId="77777777" w:rsidR="00183EA6" w:rsidRPr="00187D89" w:rsidRDefault="00183EA6" w:rsidP="00187D89">
      <w:pPr>
        <w:pStyle w:val="Subtitlu"/>
      </w:pPr>
      <w:r w:rsidRPr="00187D89">
        <w:t xml:space="preserve">Abstract [Times New Roman, 12-point, bold, left alignment] </w:t>
      </w:r>
    </w:p>
    <w:p w14:paraId="3148F63B" w14:textId="77777777" w:rsidR="00183EA6" w:rsidRPr="00FE4169" w:rsidRDefault="00183EA6" w:rsidP="00187D89">
      <w:pPr>
        <w:rPr>
          <w:lang w:val="en-US" w:eastAsia="ro-RO"/>
        </w:rPr>
      </w:pPr>
      <w:r w:rsidRPr="00FE4169">
        <w:rPr>
          <w:lang w:val="en-US" w:eastAsia="ro-RO"/>
        </w:rPr>
        <w:t>This template will assist you in formatting your paper. The various components of your paper (title, abstract, keywords, sections, text, etc.) are already defined on the style sheet, as illustrated by the portions given in this document.</w:t>
      </w:r>
      <w:r w:rsidRPr="00FE4169">
        <w:rPr>
          <w:sz w:val="20"/>
          <w:lang w:val="en-US" w:eastAsia="ro-RO"/>
        </w:rPr>
        <w:t xml:space="preserve"> </w:t>
      </w:r>
    </w:p>
    <w:p w14:paraId="571AF592" w14:textId="77777777" w:rsidR="00183EA6" w:rsidRDefault="00183EA6" w:rsidP="00183EA6">
      <w:pPr>
        <w:spacing w:after="0"/>
        <w:ind w:left="-5" w:hanging="10"/>
        <w:rPr>
          <w:rFonts w:eastAsia="Times New Roman" w:cs="Times New Roman"/>
          <w:i/>
          <w:color w:val="000000"/>
          <w:sz w:val="20"/>
          <w:lang w:val="en-US" w:eastAsia="ro-RO"/>
        </w:rPr>
      </w:pPr>
    </w:p>
    <w:p w14:paraId="404BCE76" w14:textId="77777777" w:rsidR="00183EA6" w:rsidRPr="00FE4169" w:rsidRDefault="00183EA6" w:rsidP="00187D89">
      <w:pPr>
        <w:pStyle w:val="Keywords"/>
      </w:pPr>
      <w:r w:rsidRPr="00F33730">
        <w:rPr>
          <w:b/>
        </w:rPr>
        <w:t>Keywords</w:t>
      </w:r>
      <w:r w:rsidRPr="00FE4169">
        <w:t>: Innovation, technology, research projects, etc. [Times New Roman italic 9-point].</w:t>
      </w:r>
      <w:r w:rsidRPr="00FE4169">
        <w:rPr>
          <w:sz w:val="28"/>
        </w:rPr>
        <w:t xml:space="preserve"> </w:t>
      </w:r>
    </w:p>
    <w:p w14:paraId="373C5857" w14:textId="77777777" w:rsidR="00183EA6" w:rsidRDefault="00183EA6" w:rsidP="004F4A40">
      <w:pPr>
        <w:pStyle w:val="Keywords"/>
        <w:rPr>
          <w:b/>
        </w:rPr>
      </w:pPr>
      <w:r w:rsidRPr="00FE4169">
        <w:rPr>
          <w:b/>
        </w:rPr>
        <w:t xml:space="preserve"> </w:t>
      </w:r>
    </w:p>
    <w:p w14:paraId="2115C26C" w14:textId="77777777" w:rsidR="00A11D58" w:rsidRDefault="00A11D58" w:rsidP="004F4A40">
      <w:pPr>
        <w:pStyle w:val="Keywords"/>
        <w:rPr>
          <w:b/>
        </w:rPr>
      </w:pPr>
    </w:p>
    <w:p w14:paraId="5AD06148" w14:textId="77777777" w:rsidR="00A11D58" w:rsidRPr="00FE4169" w:rsidRDefault="00A11D58" w:rsidP="004F4A40">
      <w:pPr>
        <w:pStyle w:val="Keywords"/>
      </w:pPr>
    </w:p>
    <w:p w14:paraId="0730DBE7" w14:textId="77777777" w:rsidR="00183EA6" w:rsidRDefault="00183EA6" w:rsidP="004F4A40">
      <w:pPr>
        <w:pStyle w:val="Subtitlu"/>
        <w:rPr>
          <w:lang w:val="en-US" w:eastAsia="ro-RO"/>
        </w:rPr>
      </w:pPr>
      <w:r w:rsidRPr="00FE4169">
        <w:rPr>
          <w:lang w:val="en-US" w:eastAsia="ro-RO"/>
        </w:rPr>
        <w:t xml:space="preserve">Section [Times New Roman, 12-point, bold, left alignment] </w:t>
      </w:r>
    </w:p>
    <w:p w14:paraId="7870F119" w14:textId="77777777" w:rsidR="00183EA6" w:rsidRPr="00FE4169" w:rsidRDefault="00183EA6" w:rsidP="00187D89">
      <w:pPr>
        <w:rPr>
          <w:lang w:val="en-US" w:eastAsia="ro-RO"/>
        </w:rPr>
      </w:pPr>
      <w:r w:rsidRPr="00FE4169">
        <w:rPr>
          <w:lang w:val="en-US" w:eastAsia="ro-RO"/>
        </w:rPr>
        <w:t xml:space="preserve">There is a limitation of </w:t>
      </w:r>
      <w:r>
        <w:rPr>
          <w:lang w:val="en-US" w:eastAsia="ro-RO"/>
        </w:rPr>
        <w:t>6-10</w:t>
      </w:r>
      <w:r w:rsidRPr="00FE4169">
        <w:rPr>
          <w:lang w:val="en-US" w:eastAsia="ro-RO"/>
        </w:rPr>
        <w:t xml:space="preserve"> pages. All pages should be A4. </w:t>
      </w:r>
    </w:p>
    <w:p w14:paraId="1FDE5787" w14:textId="77777777" w:rsidR="00183EA6" w:rsidRDefault="00183EA6" w:rsidP="00187D89">
      <w:pPr>
        <w:rPr>
          <w:sz w:val="20"/>
          <w:lang w:val="en-US" w:eastAsia="ro-RO"/>
        </w:rPr>
      </w:pPr>
      <w:r w:rsidRPr="00FE4169">
        <w:rPr>
          <w:lang w:val="en-US" w:eastAsia="ro-RO"/>
        </w:rPr>
        <w:t xml:space="preserve">The top, bottom, right, and left </w:t>
      </w:r>
      <w:r w:rsidRPr="00FE4169">
        <w:rPr>
          <w:b/>
          <w:u w:val="single" w:color="000000"/>
          <w:lang w:val="en-US" w:eastAsia="ro-RO"/>
        </w:rPr>
        <w:t>margins should be 2,5</w:t>
      </w:r>
      <w:r w:rsidRPr="00FE4169">
        <w:rPr>
          <w:lang w:val="en-US" w:eastAsia="ro-RO"/>
        </w:rPr>
        <w:t xml:space="preserve"> cm. All the text must be in one column and </w:t>
      </w:r>
      <w:r w:rsidRPr="00FE4169">
        <w:rPr>
          <w:sz w:val="28"/>
          <w:lang w:val="en-US" w:eastAsia="ro-RO"/>
        </w:rPr>
        <w:t>T</w:t>
      </w:r>
      <w:r w:rsidRPr="00FE4169">
        <w:rPr>
          <w:lang w:val="en-US" w:eastAsia="ro-RO"/>
        </w:rPr>
        <w:t>imes New Roman font, including figures and tables, with single-spaced 10-point interline spacing.</w:t>
      </w:r>
      <w:r w:rsidRPr="00FE4169">
        <w:rPr>
          <w:sz w:val="20"/>
          <w:lang w:val="en-US" w:eastAsia="ro-RO"/>
        </w:rPr>
        <w:t xml:space="preserve"> </w:t>
      </w:r>
    </w:p>
    <w:p w14:paraId="2FD08ADE" w14:textId="77777777" w:rsidR="00183EA6" w:rsidRPr="00FE4169" w:rsidRDefault="00183EA6" w:rsidP="00183EA6">
      <w:pPr>
        <w:spacing w:after="0"/>
        <w:ind w:left="-15"/>
        <w:jc w:val="both"/>
        <w:rPr>
          <w:rFonts w:eastAsia="Times New Roman" w:cs="Times New Roman"/>
          <w:color w:val="000000"/>
          <w:lang w:val="en-US" w:eastAsia="ro-RO"/>
        </w:rPr>
      </w:pPr>
    </w:p>
    <w:p w14:paraId="6E6C42A8" w14:textId="77777777" w:rsidR="00183EA6" w:rsidRPr="00FE4169" w:rsidRDefault="00183EA6" w:rsidP="004F4A40">
      <w:pPr>
        <w:pStyle w:val="Subsection"/>
      </w:pPr>
      <w:r w:rsidRPr="00FE4169">
        <w:t xml:space="preserve">Subsection [Times New Roman, 12 bold italics, left alignment, capitalize the first letter] </w:t>
      </w:r>
    </w:p>
    <w:p w14:paraId="4A462955" w14:textId="77777777" w:rsidR="00183EA6" w:rsidRPr="00FE4169" w:rsidRDefault="00183EA6" w:rsidP="00187D89">
      <w:pPr>
        <w:rPr>
          <w:lang w:val="en-US" w:eastAsia="ro-RO"/>
        </w:rPr>
      </w:pPr>
      <w:r w:rsidRPr="00FE4169">
        <w:rPr>
          <w:lang w:val="en-US" w:eastAsia="ro-RO"/>
        </w:rPr>
        <w:t xml:space="preserve">The text included in the sections or subsections must begin one line after the section or subsection title. Do not use hard tabs and limit the use of hard returns to one return at the end of a paragraph. Please, do not number manually the sections and subsections; the template will do it automatically. </w:t>
      </w:r>
    </w:p>
    <w:p w14:paraId="00AC76ED" w14:textId="77777777" w:rsidR="00183EA6" w:rsidRPr="00FE4169" w:rsidRDefault="00183EA6" w:rsidP="00187D89">
      <w:pPr>
        <w:pStyle w:val="Sub-subtitlu"/>
      </w:pPr>
      <w:r w:rsidRPr="00FE4169">
        <w:t xml:space="preserve">Sub-subsection: Guidelines for Abbreviations and Acronyms </w:t>
      </w:r>
    </w:p>
    <w:p w14:paraId="735B1BCA" w14:textId="77777777" w:rsidR="00183EA6" w:rsidRDefault="00183EA6" w:rsidP="00187D89">
      <w:pPr>
        <w:rPr>
          <w:lang w:val="en-US" w:eastAsia="ro-RO"/>
        </w:rPr>
      </w:pPr>
      <w:r w:rsidRPr="00FE4169">
        <w:rPr>
          <w:lang w:val="en-US" w:eastAsia="ro-RO"/>
        </w:rPr>
        <w:t>Define abbreviations and acronyms the first time they are used in the text, even after they have been defined in the abstract. Do not use abbreviations in the title or heads unless they are unavoidable.</w:t>
      </w:r>
    </w:p>
    <w:p w14:paraId="09460F58" w14:textId="77777777" w:rsidR="00187D89" w:rsidRDefault="00187D89" w:rsidP="00183EA6">
      <w:pPr>
        <w:spacing w:after="0"/>
        <w:ind w:firstLine="708"/>
        <w:rPr>
          <w:rFonts w:eastAsia="Times New Roman" w:cs="Times New Roman"/>
          <w:color w:val="000000"/>
          <w:lang w:val="en-US" w:eastAsia="ro-RO"/>
        </w:rPr>
      </w:pPr>
    </w:p>
    <w:p w14:paraId="5FC764D4" w14:textId="77777777" w:rsidR="004F4A40" w:rsidRDefault="004F4A40" w:rsidP="00183EA6">
      <w:pPr>
        <w:spacing w:after="0"/>
        <w:ind w:firstLine="708"/>
        <w:rPr>
          <w:rFonts w:eastAsia="Times New Roman" w:cs="Times New Roman"/>
          <w:color w:val="000000"/>
          <w:lang w:val="en-US" w:eastAsia="ro-RO"/>
        </w:rPr>
      </w:pPr>
    </w:p>
    <w:p w14:paraId="7F740C40" w14:textId="77777777" w:rsidR="00183EA6" w:rsidRPr="00625BE2" w:rsidRDefault="00183EA6" w:rsidP="00187D89">
      <w:pPr>
        <w:pStyle w:val="Sub-subtitlu"/>
        <w:rPr>
          <w:noProof/>
        </w:rPr>
      </w:pPr>
      <w:r w:rsidRPr="00625BE2">
        <w:rPr>
          <w:noProof/>
        </w:rPr>
        <w:lastRenderedPageBreak/>
        <w:t xml:space="preserve">Sub-subsection: Guidelines for Figures and Tables </w:t>
      </w:r>
    </w:p>
    <w:p w14:paraId="22070164" w14:textId="77777777" w:rsidR="00183EA6" w:rsidRPr="00625BE2" w:rsidRDefault="00183EA6" w:rsidP="00187D89">
      <w:pPr>
        <w:rPr>
          <w:noProof/>
        </w:rPr>
      </w:pPr>
      <w:r w:rsidRPr="00625BE2">
        <w:rPr>
          <w:noProof/>
        </w:rPr>
        <w:t xml:space="preserve">Tables, figures, and graphics should be centred, numbered and accompanied by a legend. Figure captions should be below figures; table heads should appear above tables. Insert figures and tables after they are cited in the text. Use the abbreviation “Fig. 1.”, even at the beginning of a sentence. </w:t>
      </w:r>
    </w:p>
    <w:p w14:paraId="01CD22D6" w14:textId="77777777" w:rsidR="00183EA6" w:rsidRPr="00625BE2" w:rsidRDefault="00183EA6" w:rsidP="00187D89">
      <w:pPr>
        <w:pStyle w:val="Sub-subtitlu"/>
        <w:rPr>
          <w:noProof/>
        </w:rPr>
      </w:pPr>
      <w:r w:rsidRPr="00625BE2">
        <w:rPr>
          <w:noProof/>
        </w:rPr>
        <w:t xml:space="preserve">Sub-subsection: Guidelines for Page numbers and Footnotes </w:t>
      </w:r>
    </w:p>
    <w:p w14:paraId="35BE267D" w14:textId="77777777" w:rsidR="00183EA6" w:rsidRDefault="00183EA6" w:rsidP="00183EA6">
      <w:pPr>
        <w:spacing w:after="0"/>
        <w:ind w:firstLine="708"/>
        <w:jc w:val="both"/>
        <w:rPr>
          <w:rFonts w:cs="Times New Roman"/>
          <w:noProof/>
        </w:rPr>
      </w:pPr>
      <w:r w:rsidRPr="00625BE2">
        <w:rPr>
          <w:rFonts w:cs="Times New Roman"/>
          <w:noProof/>
        </w:rPr>
        <w:t>Please, do not add any kind of pagination anywhere in the paper. Avoid using headers and use footnotes only within the page margins (</w:t>
      </w:r>
      <w:r w:rsidRPr="00625BE2">
        <w:rPr>
          <w:rFonts w:cs="Times New Roman"/>
          <w:b/>
          <w:bCs/>
          <w:noProof/>
        </w:rPr>
        <w:t>2,5 cm of white margins</w:t>
      </w:r>
      <w:r w:rsidRPr="00625BE2">
        <w:rPr>
          <w:rFonts w:cs="Times New Roman"/>
          <w:noProof/>
        </w:rPr>
        <w:t xml:space="preserve">). </w:t>
      </w:r>
    </w:p>
    <w:p w14:paraId="5AD74C79" w14:textId="77777777" w:rsidR="00183EA6" w:rsidRDefault="00183EA6" w:rsidP="00187D89">
      <w:pPr>
        <w:pStyle w:val="Sub-subtitlu"/>
        <w:rPr>
          <w:noProof/>
        </w:rPr>
      </w:pPr>
      <w:r w:rsidRPr="00625BE2">
        <w:rPr>
          <w:noProof/>
        </w:rPr>
        <w:t>Sub-subsection: Guidelines for References</w:t>
      </w:r>
    </w:p>
    <w:p w14:paraId="109D9E3E" w14:textId="77777777" w:rsidR="00183EA6" w:rsidRPr="00625BE2" w:rsidRDefault="00183EA6" w:rsidP="004F4A40">
      <w:pPr>
        <w:rPr>
          <w:noProof/>
        </w:rPr>
      </w:pPr>
      <w:r w:rsidRPr="00625BE2">
        <w:rPr>
          <w:noProof/>
        </w:rPr>
        <w:t>The list of the references should be given at the end of the paper. References are numbered in brackets by order of appearance in the document (e.g.</w:t>
      </w:r>
      <w:r>
        <w:rPr>
          <w:noProof/>
        </w:rPr>
        <w:t>,</w:t>
      </w:r>
      <w:r w:rsidRPr="00625BE2">
        <w:rPr>
          <w:noProof/>
        </w:rPr>
        <w:t xml:space="preserve"> [1] , [2], [3]). The same reference can be cited more than once in the text with the same reference number. </w:t>
      </w:r>
    </w:p>
    <w:p w14:paraId="09CC73AA" w14:textId="77777777" w:rsidR="00183EA6" w:rsidRDefault="00183EA6" w:rsidP="004F4A40">
      <w:pPr>
        <w:rPr>
          <w:noProof/>
        </w:rPr>
      </w:pPr>
      <w:r w:rsidRPr="00625BE2">
        <w:rPr>
          <w:noProof/>
        </w:rPr>
        <w:t xml:space="preserve">Use as many sections and subsections as you need (e.g. Introduction, Methodology, Results, Conclusions, etc.) and end the paper with the list of references. </w:t>
      </w:r>
    </w:p>
    <w:p w14:paraId="037DEAA6" w14:textId="77777777" w:rsidR="00183EA6" w:rsidRPr="00625BE2" w:rsidRDefault="00183EA6" w:rsidP="00183EA6">
      <w:pPr>
        <w:spacing w:after="0"/>
        <w:rPr>
          <w:rFonts w:cs="Times New Roman"/>
          <w:noProof/>
        </w:rPr>
      </w:pPr>
    </w:p>
    <w:p w14:paraId="109F8407" w14:textId="77777777" w:rsidR="00183EA6" w:rsidRDefault="00183EA6" w:rsidP="004F4A40">
      <w:pPr>
        <w:pStyle w:val="References"/>
      </w:pPr>
      <w:r w:rsidRPr="004F4A40">
        <w:rPr>
          <w:rStyle w:val="ReferencesCaracter"/>
          <w:b/>
          <w:bCs/>
        </w:rPr>
        <w:t>REFERENCES</w:t>
      </w:r>
      <w:r w:rsidRPr="00187D89">
        <w:rPr>
          <w:rStyle w:val="ReferencesCaracter"/>
        </w:rPr>
        <w:t xml:space="preserve"> </w:t>
      </w:r>
      <w:r w:rsidRPr="004F4A40">
        <w:rPr>
          <w:b w:val="0"/>
          <w:bCs w:val="0"/>
        </w:rPr>
        <w:t>[ Times New Roman, 12 point, bold, capital letters</w:t>
      </w:r>
      <w:r w:rsidRPr="00625BE2">
        <w:t xml:space="preserve"> ] </w:t>
      </w:r>
    </w:p>
    <w:p w14:paraId="5298A9FA" w14:textId="77777777" w:rsidR="00183EA6" w:rsidRDefault="00183EA6" w:rsidP="00183EA6">
      <w:pPr>
        <w:spacing w:after="0"/>
        <w:rPr>
          <w:rFonts w:cs="Times New Roman"/>
          <w:b/>
          <w:bCs/>
          <w:noProof/>
        </w:rPr>
      </w:pPr>
    </w:p>
    <w:p w14:paraId="45BDC6D1" w14:textId="77777777" w:rsidR="00183EA6" w:rsidRPr="00625BE2" w:rsidRDefault="00183EA6" w:rsidP="00183EA6">
      <w:pPr>
        <w:spacing w:after="0"/>
        <w:rPr>
          <w:rFonts w:cs="Times New Roman"/>
          <w:noProof/>
        </w:rPr>
      </w:pPr>
      <w:r w:rsidRPr="00625BE2">
        <w:rPr>
          <w:rFonts w:cs="Times New Roman"/>
          <w:b/>
          <w:bCs/>
          <w:noProof/>
        </w:rPr>
        <w:t xml:space="preserve">1. </w:t>
      </w:r>
      <w:r w:rsidRPr="00187D89">
        <w:rPr>
          <w:rStyle w:val="ReferenceslistCaracter"/>
        </w:rPr>
        <w:t>Einstein, A. (1916). General Theory of Relativity. Annalen der Physik 49(7), pp. 769 - 770</w:t>
      </w:r>
      <w:r w:rsidRPr="00625BE2">
        <w:rPr>
          <w:rFonts w:cs="Times New Roman"/>
          <w:noProof/>
        </w:rPr>
        <w:t xml:space="preserve"> </w:t>
      </w:r>
    </w:p>
    <w:p w14:paraId="1C812874" w14:textId="77777777" w:rsidR="00694183" w:rsidRDefault="00183EA6" w:rsidP="00183EA6">
      <w:pPr>
        <w:jc w:val="center"/>
        <w:rPr>
          <w:rFonts w:cs="Times New Roman"/>
          <w:b/>
          <w:bCs/>
          <w:noProof/>
        </w:rPr>
      </w:pPr>
      <w:r w:rsidRPr="00625BE2">
        <w:rPr>
          <w:rFonts w:cs="Times New Roman"/>
          <w:b/>
          <w:bCs/>
          <w:noProof/>
        </w:rPr>
        <w:t>[Times New Roman , 10 point, left alignment , and numbered bulleted list</w:t>
      </w:r>
    </w:p>
    <w:p w14:paraId="21F9AC87" w14:textId="77777777" w:rsidR="00472498" w:rsidRDefault="00472498" w:rsidP="00183EA6">
      <w:pPr>
        <w:jc w:val="center"/>
        <w:rPr>
          <w:rFonts w:cs="Times New Roman"/>
          <w:b/>
          <w:bCs/>
          <w:noProof/>
        </w:rPr>
      </w:pPr>
    </w:p>
    <w:p w14:paraId="025C8E57" w14:textId="77777777" w:rsidR="00472498" w:rsidRDefault="00472498" w:rsidP="00183EA6">
      <w:pPr>
        <w:jc w:val="center"/>
        <w:rPr>
          <w:rFonts w:cs="Times New Roman"/>
          <w:b/>
          <w:bCs/>
          <w:noProof/>
        </w:rPr>
      </w:pPr>
    </w:p>
    <w:p w14:paraId="33CD442C" w14:textId="77777777" w:rsidR="00472498" w:rsidRPr="00472498" w:rsidRDefault="00472498" w:rsidP="00472498">
      <w:pPr>
        <w:rPr>
          <w:rFonts w:cs="Times New Roman"/>
          <w:b/>
          <w:bCs/>
          <w:noProof/>
          <w:color w:val="EE0000"/>
        </w:rPr>
      </w:pPr>
      <w:r w:rsidRPr="00472498">
        <w:rPr>
          <w:rFonts w:cs="Times New Roman"/>
          <w:b/>
          <w:bCs/>
          <w:noProof/>
          <w:color w:val="EE0000"/>
        </w:rPr>
        <w:t xml:space="preserve">IMPORTANT! </w:t>
      </w:r>
    </w:p>
    <w:p w14:paraId="64BD1809" w14:textId="77777777" w:rsidR="00472498" w:rsidRPr="00A11D58" w:rsidRDefault="00472498" w:rsidP="00472498">
      <w:pPr>
        <w:rPr>
          <w:rFonts w:cs="Times New Roman"/>
          <w:noProof/>
        </w:rPr>
      </w:pPr>
      <w:r w:rsidRPr="00A11D58">
        <w:rPr>
          <w:rFonts w:cs="Times New Roman"/>
          <w:noProof/>
        </w:rPr>
        <w:t xml:space="preserve">Save the document as  </w:t>
      </w:r>
      <w:r w:rsidRPr="00A11D58">
        <w:rPr>
          <w:rFonts w:cs="Times New Roman"/>
          <w:b/>
          <w:bCs/>
          <w:noProof/>
        </w:rPr>
        <w:t>docx</w:t>
      </w:r>
      <w:r w:rsidRPr="00A11D58">
        <w:rPr>
          <w:rFonts w:cs="Times New Roman"/>
          <w:noProof/>
        </w:rPr>
        <w:t xml:space="preserve"> editable file, not pdf! </w:t>
      </w:r>
    </w:p>
    <w:p w14:paraId="45501020" w14:textId="77777777" w:rsidR="00472498" w:rsidRPr="00A11D58" w:rsidRDefault="00472498" w:rsidP="00472498">
      <w:pPr>
        <w:rPr>
          <w:rFonts w:cs="Times New Roman"/>
          <w:noProof/>
        </w:rPr>
      </w:pPr>
      <w:r w:rsidRPr="00A11D58">
        <w:rPr>
          <w:rFonts w:cs="Times New Roman"/>
          <w:noProof/>
        </w:rPr>
        <w:t xml:space="preserve">Name your document with your </w:t>
      </w:r>
      <w:r w:rsidRPr="00A11D58">
        <w:rPr>
          <w:rFonts w:cs="Times New Roman"/>
          <w:b/>
          <w:bCs/>
          <w:noProof/>
        </w:rPr>
        <w:t>name and family name</w:t>
      </w:r>
    </w:p>
    <w:p w14:paraId="2B8762F5" w14:textId="77777777" w:rsidR="00472498" w:rsidRPr="00A11D58" w:rsidRDefault="00472498" w:rsidP="00472498">
      <w:pPr>
        <w:rPr>
          <w:lang w:val="en-US"/>
        </w:rPr>
      </w:pPr>
      <w:r w:rsidRPr="00A11D58">
        <w:rPr>
          <w:rFonts w:cs="Times New Roman"/>
          <w:noProof/>
        </w:rPr>
        <w:t>Don</w:t>
      </w:r>
      <w:r w:rsidRPr="00A11D58">
        <w:rPr>
          <w:rFonts w:cs="Times New Roman"/>
          <w:noProof/>
          <w:lang w:val="en-US"/>
        </w:rPr>
        <w:t xml:space="preserve">’t forget to write your </w:t>
      </w:r>
      <w:r w:rsidRPr="00A11D58">
        <w:rPr>
          <w:rFonts w:cs="Times New Roman"/>
          <w:b/>
          <w:bCs/>
          <w:noProof/>
          <w:lang w:val="en-US"/>
        </w:rPr>
        <w:t>Scientific Section</w:t>
      </w:r>
      <w:r w:rsidRPr="00A11D58">
        <w:rPr>
          <w:rFonts w:cs="Times New Roman"/>
          <w:noProof/>
          <w:lang w:val="en-US"/>
        </w:rPr>
        <w:t xml:space="preserve"> where your paper will be published. </w:t>
      </w:r>
    </w:p>
    <w:sectPr w:rsidR="00472498" w:rsidRPr="00A11D58" w:rsidSect="00034616">
      <w:pgSz w:w="12240" w:h="15840"/>
      <w:pgMar w:top="1417" w:right="1417" w:bottom="141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ourier">
    <w:panose1 w:val="02070409020205020404"/>
    <w:charset w:val="00"/>
    <w:family w:val="auto"/>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anumerotat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anumerotat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acumarcatori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acumarcatori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erotat"/>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cumarcatori"/>
      <w:lvlText w:val=""/>
      <w:lvlJc w:val="left"/>
      <w:pPr>
        <w:tabs>
          <w:tab w:val="num" w:pos="360"/>
        </w:tabs>
        <w:ind w:left="360" w:hanging="360"/>
      </w:pPr>
      <w:rPr>
        <w:rFonts w:ascii="Symbol" w:hAnsi="Symbol" w:hint="default"/>
      </w:rPr>
    </w:lvl>
  </w:abstractNum>
  <w:abstractNum w:abstractNumId="9" w15:restartNumberingAfterBreak="0">
    <w:nsid w:val="0A4A6B7F"/>
    <w:multiLevelType w:val="hybridMultilevel"/>
    <w:tmpl w:val="47AE58F8"/>
    <w:lvl w:ilvl="0" w:tplc="CE70319E">
      <w:start w:val="1"/>
      <w:numFmt w:val="decimal"/>
      <w:pStyle w:val="Referenceslist"/>
      <w:lvlText w:val="%1."/>
      <w:lvlJc w:val="left"/>
      <w:pPr>
        <w:ind w:left="1004" w:hanging="360"/>
      </w:pPr>
    </w:lvl>
    <w:lvl w:ilvl="1" w:tplc="04180019" w:tentative="1">
      <w:start w:val="1"/>
      <w:numFmt w:val="lowerLetter"/>
      <w:lvlText w:val="%2."/>
      <w:lvlJc w:val="left"/>
      <w:pPr>
        <w:ind w:left="1724" w:hanging="360"/>
      </w:pPr>
    </w:lvl>
    <w:lvl w:ilvl="2" w:tplc="0418001B" w:tentative="1">
      <w:start w:val="1"/>
      <w:numFmt w:val="lowerRoman"/>
      <w:lvlText w:val="%3."/>
      <w:lvlJc w:val="right"/>
      <w:pPr>
        <w:ind w:left="2444" w:hanging="180"/>
      </w:pPr>
    </w:lvl>
    <w:lvl w:ilvl="3" w:tplc="0418000F" w:tentative="1">
      <w:start w:val="1"/>
      <w:numFmt w:val="decimal"/>
      <w:lvlText w:val="%4."/>
      <w:lvlJc w:val="left"/>
      <w:pPr>
        <w:ind w:left="3164" w:hanging="360"/>
      </w:pPr>
    </w:lvl>
    <w:lvl w:ilvl="4" w:tplc="04180019" w:tentative="1">
      <w:start w:val="1"/>
      <w:numFmt w:val="lowerLetter"/>
      <w:lvlText w:val="%5."/>
      <w:lvlJc w:val="left"/>
      <w:pPr>
        <w:ind w:left="3884" w:hanging="360"/>
      </w:pPr>
    </w:lvl>
    <w:lvl w:ilvl="5" w:tplc="0418001B" w:tentative="1">
      <w:start w:val="1"/>
      <w:numFmt w:val="lowerRoman"/>
      <w:lvlText w:val="%6."/>
      <w:lvlJc w:val="right"/>
      <w:pPr>
        <w:ind w:left="4604" w:hanging="180"/>
      </w:pPr>
    </w:lvl>
    <w:lvl w:ilvl="6" w:tplc="0418000F" w:tentative="1">
      <w:start w:val="1"/>
      <w:numFmt w:val="decimal"/>
      <w:lvlText w:val="%7."/>
      <w:lvlJc w:val="left"/>
      <w:pPr>
        <w:ind w:left="5324" w:hanging="360"/>
      </w:pPr>
    </w:lvl>
    <w:lvl w:ilvl="7" w:tplc="04180019" w:tentative="1">
      <w:start w:val="1"/>
      <w:numFmt w:val="lowerLetter"/>
      <w:lvlText w:val="%8."/>
      <w:lvlJc w:val="left"/>
      <w:pPr>
        <w:ind w:left="6044" w:hanging="360"/>
      </w:pPr>
    </w:lvl>
    <w:lvl w:ilvl="8" w:tplc="0418001B" w:tentative="1">
      <w:start w:val="1"/>
      <w:numFmt w:val="lowerRoman"/>
      <w:lvlText w:val="%9."/>
      <w:lvlJc w:val="right"/>
      <w:pPr>
        <w:ind w:left="6764" w:hanging="180"/>
      </w:pPr>
    </w:lvl>
  </w:abstractNum>
  <w:abstractNum w:abstractNumId="10" w15:restartNumberingAfterBreak="0">
    <w:nsid w:val="4FA76E46"/>
    <w:multiLevelType w:val="hybridMultilevel"/>
    <w:tmpl w:val="54E0A7E8"/>
    <w:lvl w:ilvl="0" w:tplc="1E782250">
      <w:start w:val="1"/>
      <w:numFmt w:val="decimal"/>
      <w:lvlText w:val="%1"/>
      <w:lvlJc w:val="left"/>
      <w:pPr>
        <w:ind w:left="98"/>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superscript"/>
      </w:rPr>
    </w:lvl>
    <w:lvl w:ilvl="1" w:tplc="A3FEB4BC">
      <w:start w:val="1"/>
      <w:numFmt w:val="lowerLetter"/>
      <w:lvlText w:val="%2"/>
      <w:lvlJc w:val="left"/>
      <w:pPr>
        <w:ind w:left="1080"/>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superscript"/>
      </w:rPr>
    </w:lvl>
    <w:lvl w:ilvl="2" w:tplc="0A3ABDA8">
      <w:start w:val="1"/>
      <w:numFmt w:val="lowerRoman"/>
      <w:lvlText w:val="%3"/>
      <w:lvlJc w:val="left"/>
      <w:pPr>
        <w:ind w:left="1800"/>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superscript"/>
      </w:rPr>
    </w:lvl>
    <w:lvl w:ilvl="3" w:tplc="563A486C">
      <w:start w:val="1"/>
      <w:numFmt w:val="decimal"/>
      <w:lvlText w:val="%4"/>
      <w:lvlJc w:val="left"/>
      <w:pPr>
        <w:ind w:left="2520"/>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superscript"/>
      </w:rPr>
    </w:lvl>
    <w:lvl w:ilvl="4" w:tplc="CEF29896">
      <w:start w:val="1"/>
      <w:numFmt w:val="lowerLetter"/>
      <w:lvlText w:val="%5"/>
      <w:lvlJc w:val="left"/>
      <w:pPr>
        <w:ind w:left="3240"/>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superscript"/>
      </w:rPr>
    </w:lvl>
    <w:lvl w:ilvl="5" w:tplc="4464353E">
      <w:start w:val="1"/>
      <w:numFmt w:val="lowerRoman"/>
      <w:lvlText w:val="%6"/>
      <w:lvlJc w:val="left"/>
      <w:pPr>
        <w:ind w:left="3960"/>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superscript"/>
      </w:rPr>
    </w:lvl>
    <w:lvl w:ilvl="6" w:tplc="D654EED4">
      <w:start w:val="1"/>
      <w:numFmt w:val="decimal"/>
      <w:lvlText w:val="%7"/>
      <w:lvlJc w:val="left"/>
      <w:pPr>
        <w:ind w:left="4680"/>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superscript"/>
      </w:rPr>
    </w:lvl>
    <w:lvl w:ilvl="7" w:tplc="C5304F3A">
      <w:start w:val="1"/>
      <w:numFmt w:val="lowerLetter"/>
      <w:lvlText w:val="%8"/>
      <w:lvlJc w:val="left"/>
      <w:pPr>
        <w:ind w:left="5400"/>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superscript"/>
      </w:rPr>
    </w:lvl>
    <w:lvl w:ilvl="8" w:tplc="BECC12DC">
      <w:start w:val="1"/>
      <w:numFmt w:val="lowerRoman"/>
      <w:lvlText w:val="%9"/>
      <w:lvlJc w:val="left"/>
      <w:pPr>
        <w:ind w:left="6120"/>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superscript"/>
      </w:rPr>
    </w:lvl>
  </w:abstractNum>
  <w:num w:numId="1" w16cid:durableId="1597782510">
    <w:abstractNumId w:val="8"/>
  </w:num>
  <w:num w:numId="2" w16cid:durableId="2097902710">
    <w:abstractNumId w:val="6"/>
  </w:num>
  <w:num w:numId="3" w16cid:durableId="7147347">
    <w:abstractNumId w:val="5"/>
  </w:num>
  <w:num w:numId="4" w16cid:durableId="1259295270">
    <w:abstractNumId w:val="4"/>
  </w:num>
  <w:num w:numId="5" w16cid:durableId="445930281">
    <w:abstractNumId w:val="7"/>
  </w:num>
  <w:num w:numId="6" w16cid:durableId="934823539">
    <w:abstractNumId w:val="3"/>
  </w:num>
  <w:num w:numId="7" w16cid:durableId="228271527">
    <w:abstractNumId w:val="2"/>
  </w:num>
  <w:num w:numId="8" w16cid:durableId="1870297968">
    <w:abstractNumId w:val="1"/>
  </w:num>
  <w:num w:numId="9" w16cid:durableId="1209419228">
    <w:abstractNumId w:val="0"/>
  </w:num>
  <w:num w:numId="10" w16cid:durableId="575364281">
    <w:abstractNumId w:val="10"/>
  </w:num>
  <w:num w:numId="11" w16cid:durableId="8234267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2283E"/>
    <w:rsid w:val="00034616"/>
    <w:rsid w:val="0006063C"/>
    <w:rsid w:val="0015074B"/>
    <w:rsid w:val="00183EA6"/>
    <w:rsid w:val="00187D89"/>
    <w:rsid w:val="0029639D"/>
    <w:rsid w:val="0032283E"/>
    <w:rsid w:val="00326F90"/>
    <w:rsid w:val="00472498"/>
    <w:rsid w:val="004F4A40"/>
    <w:rsid w:val="005C1933"/>
    <w:rsid w:val="00694183"/>
    <w:rsid w:val="00740FC7"/>
    <w:rsid w:val="00A11D58"/>
    <w:rsid w:val="00A60471"/>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75E49B5"/>
  <w14:defaultImageDpi w14:val="300"/>
  <w15:docId w15:val="{B261AAB6-60B8-4B0A-904A-525F09C392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7D89"/>
    <w:pPr>
      <w:spacing w:after="160" w:line="240" w:lineRule="auto"/>
      <w:ind w:firstLine="284"/>
      <w:contextualSpacing/>
    </w:pPr>
    <w:rPr>
      <w:rFonts w:ascii="Times New Roman" w:eastAsiaTheme="minorHAnsi" w:hAnsi="Times New Roman"/>
      <w:kern w:val="2"/>
      <w:sz w:val="24"/>
      <w:szCs w:val="24"/>
      <w:lang w:val="ro-RO"/>
      <w14:ligatures w14:val="standardContextual"/>
    </w:rPr>
  </w:style>
  <w:style w:type="paragraph" w:styleId="Titlu1">
    <w:name w:val="heading 1"/>
    <w:basedOn w:val="Normal"/>
    <w:next w:val="Normal"/>
    <w:link w:val="Titlu1Caracter"/>
    <w:uiPriority w:val="9"/>
    <w:qFormat/>
    <w:rsid w:val="00183EA6"/>
    <w:pPr>
      <w:keepNext/>
      <w:keepLines/>
      <w:spacing w:before="480" w:after="240"/>
      <w:outlineLvl w:val="0"/>
    </w:pPr>
    <w:rPr>
      <w:rFonts w:eastAsiaTheme="majorEastAsia" w:cstheme="majorBidi"/>
      <w:b/>
      <w:bCs/>
      <w:sz w:val="32"/>
      <w:szCs w:val="28"/>
    </w:rPr>
  </w:style>
  <w:style w:type="paragraph" w:styleId="Titlu2">
    <w:name w:val="heading 2"/>
    <w:basedOn w:val="Normal"/>
    <w:next w:val="Normal"/>
    <w:link w:val="Titlu2Caracter"/>
    <w:uiPriority w:val="9"/>
    <w:unhideWhenUsed/>
    <w:qFormat/>
    <w:rsid w:val="00183EA6"/>
    <w:pPr>
      <w:keepNext/>
      <w:keepLines/>
      <w:spacing w:before="200" w:after="120"/>
      <w:outlineLvl w:val="1"/>
    </w:pPr>
    <w:rPr>
      <w:rFonts w:eastAsiaTheme="majorEastAsia" w:cstheme="majorBidi"/>
      <w:b/>
      <w:bCs/>
      <w:sz w:val="26"/>
      <w:szCs w:val="26"/>
    </w:rPr>
  </w:style>
  <w:style w:type="paragraph" w:styleId="Titlu3">
    <w:name w:val="heading 3"/>
    <w:basedOn w:val="Normal"/>
    <w:next w:val="Normal"/>
    <w:link w:val="Titlu3Caracte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Titlu4">
    <w:name w:val="heading 4"/>
    <w:basedOn w:val="Normal"/>
    <w:next w:val="Normal"/>
    <w:link w:val="Titlu4Caracte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Titlu5">
    <w:name w:val="heading 5"/>
    <w:basedOn w:val="Normal"/>
    <w:next w:val="Normal"/>
    <w:link w:val="Titlu5Caracte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Titlu6">
    <w:name w:val="heading 6"/>
    <w:basedOn w:val="Normal"/>
    <w:next w:val="Normal"/>
    <w:link w:val="Titlu6Caracte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itlu7">
    <w:name w:val="heading 7"/>
    <w:basedOn w:val="Normal"/>
    <w:next w:val="Normal"/>
    <w:link w:val="Titlu7Caracte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itlu8">
    <w:name w:val="heading 8"/>
    <w:basedOn w:val="Normal"/>
    <w:next w:val="Normal"/>
    <w:link w:val="Titlu8Caracte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Titlu9">
    <w:name w:val="heading 9"/>
    <w:basedOn w:val="Normal"/>
    <w:next w:val="Normal"/>
    <w:link w:val="Titlu9Caracte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Antet">
    <w:name w:val="header"/>
    <w:basedOn w:val="Normal"/>
    <w:link w:val="AntetCaracter"/>
    <w:uiPriority w:val="99"/>
    <w:unhideWhenUsed/>
    <w:rsid w:val="00E618BF"/>
    <w:pPr>
      <w:tabs>
        <w:tab w:val="center" w:pos="4680"/>
        <w:tab w:val="right" w:pos="9360"/>
      </w:tabs>
      <w:spacing w:after="0"/>
    </w:pPr>
  </w:style>
  <w:style w:type="character" w:customStyle="1" w:styleId="AntetCaracter">
    <w:name w:val="Antet Caracter"/>
    <w:basedOn w:val="Fontdeparagrafimplicit"/>
    <w:link w:val="Antet"/>
    <w:uiPriority w:val="99"/>
    <w:rsid w:val="00E618BF"/>
  </w:style>
  <w:style w:type="paragraph" w:styleId="Subsol">
    <w:name w:val="footer"/>
    <w:basedOn w:val="Normal"/>
    <w:link w:val="SubsolCaracter"/>
    <w:uiPriority w:val="99"/>
    <w:unhideWhenUsed/>
    <w:rsid w:val="00E618BF"/>
    <w:pPr>
      <w:tabs>
        <w:tab w:val="center" w:pos="4680"/>
        <w:tab w:val="right" w:pos="9360"/>
      </w:tabs>
      <w:spacing w:after="0"/>
    </w:pPr>
  </w:style>
  <w:style w:type="character" w:customStyle="1" w:styleId="SubsolCaracter">
    <w:name w:val="Subsol Caracter"/>
    <w:basedOn w:val="Fontdeparagrafimplicit"/>
    <w:link w:val="Subsol"/>
    <w:uiPriority w:val="99"/>
    <w:rsid w:val="00E618BF"/>
  </w:style>
  <w:style w:type="paragraph" w:styleId="Frspaiere">
    <w:name w:val="No Spacing"/>
    <w:uiPriority w:val="1"/>
    <w:qFormat/>
    <w:rsid w:val="00FC693F"/>
    <w:pPr>
      <w:spacing w:after="0" w:line="240" w:lineRule="auto"/>
    </w:pPr>
  </w:style>
  <w:style w:type="character" w:customStyle="1" w:styleId="Titlu1Caracter">
    <w:name w:val="Titlu 1 Caracter"/>
    <w:basedOn w:val="Fontdeparagrafimplicit"/>
    <w:link w:val="Titlu1"/>
    <w:uiPriority w:val="9"/>
    <w:rsid w:val="00183EA6"/>
    <w:rPr>
      <w:rFonts w:ascii="Times New Roman" w:eastAsiaTheme="majorEastAsia" w:hAnsi="Times New Roman" w:cstheme="majorBidi"/>
      <w:b/>
      <w:bCs/>
      <w:kern w:val="2"/>
      <w:sz w:val="32"/>
      <w:szCs w:val="28"/>
      <w:lang w:val="ro-RO"/>
      <w14:ligatures w14:val="standardContextual"/>
    </w:rPr>
  </w:style>
  <w:style w:type="character" w:customStyle="1" w:styleId="Titlu2Caracter">
    <w:name w:val="Titlu 2 Caracter"/>
    <w:basedOn w:val="Fontdeparagrafimplicit"/>
    <w:link w:val="Titlu2"/>
    <w:uiPriority w:val="9"/>
    <w:rsid w:val="00183EA6"/>
    <w:rPr>
      <w:rFonts w:ascii="Times New Roman" w:eastAsiaTheme="majorEastAsia" w:hAnsi="Times New Roman" w:cstheme="majorBidi"/>
      <w:b/>
      <w:bCs/>
      <w:kern w:val="2"/>
      <w:sz w:val="26"/>
      <w:szCs w:val="26"/>
      <w:lang w:val="ro-RO"/>
      <w14:ligatures w14:val="standardContextual"/>
    </w:rPr>
  </w:style>
  <w:style w:type="character" w:customStyle="1" w:styleId="Titlu3Caracter">
    <w:name w:val="Titlu 3 Caracter"/>
    <w:basedOn w:val="Fontdeparagrafimplicit"/>
    <w:link w:val="Titlu3"/>
    <w:uiPriority w:val="9"/>
    <w:rsid w:val="00FC693F"/>
    <w:rPr>
      <w:rFonts w:asciiTheme="majorHAnsi" w:eastAsiaTheme="majorEastAsia" w:hAnsiTheme="majorHAnsi" w:cstheme="majorBidi"/>
      <w:b/>
      <w:bCs/>
      <w:color w:val="4F81BD" w:themeColor="accent1"/>
    </w:rPr>
  </w:style>
  <w:style w:type="paragraph" w:styleId="Titlu">
    <w:name w:val="Title"/>
    <w:basedOn w:val="Normal"/>
    <w:next w:val="Normal"/>
    <w:link w:val="TitluCaracter"/>
    <w:uiPriority w:val="10"/>
    <w:qFormat/>
    <w:rsid w:val="00FC693F"/>
    <w:pPr>
      <w:pBdr>
        <w:bottom w:val="single" w:sz="8" w:space="4" w:color="4F81BD" w:themeColor="accent1"/>
      </w:pBdr>
      <w:spacing w:after="300"/>
    </w:pPr>
    <w:rPr>
      <w:rFonts w:asciiTheme="majorHAnsi" w:eastAsiaTheme="majorEastAsia" w:hAnsiTheme="majorHAnsi" w:cstheme="majorBidi"/>
      <w:color w:val="17365D" w:themeColor="text2" w:themeShade="BF"/>
      <w:spacing w:val="5"/>
      <w:kern w:val="28"/>
      <w:sz w:val="52"/>
      <w:szCs w:val="52"/>
    </w:rPr>
  </w:style>
  <w:style w:type="character" w:customStyle="1" w:styleId="TitluCaracter">
    <w:name w:val="Titlu Caracter"/>
    <w:basedOn w:val="Fontdeparagrafimplicit"/>
    <w:link w:val="Titlu"/>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u">
    <w:name w:val="Subtitle"/>
    <w:aliases w:val="Section"/>
    <w:basedOn w:val="Normal"/>
    <w:next w:val="Normal"/>
    <w:link w:val="SubtitluCaracter"/>
    <w:uiPriority w:val="11"/>
    <w:qFormat/>
    <w:rsid w:val="00187D89"/>
    <w:pPr>
      <w:numPr>
        <w:ilvl w:val="1"/>
      </w:numPr>
      <w:ind w:firstLine="284"/>
    </w:pPr>
    <w:rPr>
      <w:rFonts w:eastAsiaTheme="majorEastAsia" w:cstheme="majorBidi"/>
      <w:b/>
      <w:iCs/>
      <w:spacing w:val="15"/>
    </w:rPr>
  </w:style>
  <w:style w:type="character" w:customStyle="1" w:styleId="SubtitluCaracter">
    <w:name w:val="Subtitlu Caracter"/>
    <w:aliases w:val="Section Caracter"/>
    <w:basedOn w:val="Fontdeparagrafimplicit"/>
    <w:link w:val="Subtitlu"/>
    <w:uiPriority w:val="11"/>
    <w:rsid w:val="00187D89"/>
    <w:rPr>
      <w:rFonts w:ascii="Times New Roman" w:eastAsiaTheme="majorEastAsia" w:hAnsi="Times New Roman" w:cstheme="majorBidi"/>
      <w:b/>
      <w:iCs/>
      <w:spacing w:val="15"/>
      <w:kern w:val="2"/>
      <w:sz w:val="24"/>
      <w:szCs w:val="24"/>
      <w:lang w:val="ro-RO"/>
      <w14:ligatures w14:val="standardContextual"/>
    </w:rPr>
  </w:style>
  <w:style w:type="paragraph" w:styleId="Listparagraf">
    <w:name w:val="List Paragraph"/>
    <w:basedOn w:val="Normal"/>
    <w:uiPriority w:val="34"/>
    <w:qFormat/>
    <w:rsid w:val="00FC693F"/>
    <w:pPr>
      <w:ind w:left="720"/>
    </w:pPr>
  </w:style>
  <w:style w:type="paragraph" w:styleId="Corptext">
    <w:name w:val="Body Text"/>
    <w:basedOn w:val="Normal"/>
    <w:link w:val="CorptextCaracter"/>
    <w:uiPriority w:val="99"/>
    <w:unhideWhenUsed/>
    <w:rsid w:val="00AA1D8D"/>
    <w:pPr>
      <w:spacing w:after="120"/>
    </w:pPr>
  </w:style>
  <w:style w:type="character" w:customStyle="1" w:styleId="CorptextCaracter">
    <w:name w:val="Corp text Caracter"/>
    <w:basedOn w:val="Fontdeparagrafimplicit"/>
    <w:link w:val="Corptext"/>
    <w:uiPriority w:val="99"/>
    <w:rsid w:val="00AA1D8D"/>
  </w:style>
  <w:style w:type="paragraph" w:styleId="Corptext2">
    <w:name w:val="Body Text 2"/>
    <w:basedOn w:val="Normal"/>
    <w:link w:val="Corptext2Caracter"/>
    <w:uiPriority w:val="99"/>
    <w:unhideWhenUsed/>
    <w:rsid w:val="00AA1D8D"/>
    <w:pPr>
      <w:spacing w:after="120" w:line="480" w:lineRule="auto"/>
    </w:pPr>
  </w:style>
  <w:style w:type="character" w:customStyle="1" w:styleId="Corptext2Caracter">
    <w:name w:val="Corp text 2 Caracter"/>
    <w:basedOn w:val="Fontdeparagrafimplicit"/>
    <w:link w:val="Corptext2"/>
    <w:uiPriority w:val="99"/>
    <w:rsid w:val="00AA1D8D"/>
  </w:style>
  <w:style w:type="paragraph" w:styleId="Corptext3">
    <w:name w:val="Body Text 3"/>
    <w:basedOn w:val="Normal"/>
    <w:link w:val="Corptext3Caracter"/>
    <w:uiPriority w:val="99"/>
    <w:unhideWhenUsed/>
    <w:rsid w:val="00AA1D8D"/>
    <w:pPr>
      <w:spacing w:after="120"/>
    </w:pPr>
    <w:rPr>
      <w:sz w:val="16"/>
      <w:szCs w:val="16"/>
    </w:rPr>
  </w:style>
  <w:style w:type="character" w:customStyle="1" w:styleId="Corptext3Caracter">
    <w:name w:val="Corp text 3 Caracter"/>
    <w:basedOn w:val="Fontdeparagrafimplicit"/>
    <w:link w:val="Corptext3"/>
    <w:uiPriority w:val="99"/>
    <w:rsid w:val="00AA1D8D"/>
    <w:rPr>
      <w:sz w:val="16"/>
      <w:szCs w:val="16"/>
    </w:rPr>
  </w:style>
  <w:style w:type="paragraph" w:styleId="List">
    <w:name w:val="List"/>
    <w:basedOn w:val="Normal"/>
    <w:uiPriority w:val="99"/>
    <w:unhideWhenUsed/>
    <w:rsid w:val="00AA1D8D"/>
    <w:pPr>
      <w:ind w:left="360" w:hanging="360"/>
    </w:pPr>
  </w:style>
  <w:style w:type="paragraph" w:styleId="Lista2">
    <w:name w:val="List 2"/>
    <w:basedOn w:val="Normal"/>
    <w:uiPriority w:val="99"/>
    <w:unhideWhenUsed/>
    <w:rsid w:val="00326F90"/>
    <w:pPr>
      <w:ind w:left="720" w:hanging="360"/>
    </w:pPr>
  </w:style>
  <w:style w:type="paragraph" w:styleId="Lista3">
    <w:name w:val="List 3"/>
    <w:basedOn w:val="Normal"/>
    <w:uiPriority w:val="99"/>
    <w:unhideWhenUsed/>
    <w:rsid w:val="00326F90"/>
    <w:pPr>
      <w:ind w:left="1080" w:hanging="360"/>
    </w:pPr>
  </w:style>
  <w:style w:type="paragraph" w:styleId="Listcumarcatori">
    <w:name w:val="List Bullet"/>
    <w:basedOn w:val="Normal"/>
    <w:uiPriority w:val="99"/>
    <w:unhideWhenUsed/>
    <w:rsid w:val="00326F90"/>
    <w:pPr>
      <w:numPr>
        <w:numId w:val="1"/>
      </w:numPr>
    </w:pPr>
  </w:style>
  <w:style w:type="paragraph" w:styleId="Listacumarcatori2">
    <w:name w:val="List Bullet 2"/>
    <w:basedOn w:val="Normal"/>
    <w:uiPriority w:val="99"/>
    <w:unhideWhenUsed/>
    <w:rsid w:val="00326F90"/>
    <w:pPr>
      <w:numPr>
        <w:numId w:val="2"/>
      </w:numPr>
    </w:pPr>
  </w:style>
  <w:style w:type="paragraph" w:styleId="Listacumarcatori3">
    <w:name w:val="List Bullet 3"/>
    <w:basedOn w:val="Normal"/>
    <w:uiPriority w:val="99"/>
    <w:unhideWhenUsed/>
    <w:rsid w:val="00326F90"/>
    <w:pPr>
      <w:numPr>
        <w:numId w:val="3"/>
      </w:numPr>
    </w:pPr>
  </w:style>
  <w:style w:type="paragraph" w:styleId="Listnumerotat">
    <w:name w:val="List Number"/>
    <w:basedOn w:val="Normal"/>
    <w:uiPriority w:val="99"/>
    <w:unhideWhenUsed/>
    <w:rsid w:val="00326F90"/>
    <w:pPr>
      <w:numPr>
        <w:numId w:val="5"/>
      </w:numPr>
    </w:pPr>
  </w:style>
  <w:style w:type="paragraph" w:styleId="Listanumerotat2">
    <w:name w:val="List Number 2"/>
    <w:basedOn w:val="Normal"/>
    <w:uiPriority w:val="99"/>
    <w:unhideWhenUsed/>
    <w:rsid w:val="0029639D"/>
    <w:pPr>
      <w:numPr>
        <w:numId w:val="6"/>
      </w:numPr>
    </w:pPr>
  </w:style>
  <w:style w:type="paragraph" w:styleId="Listanumerotat3">
    <w:name w:val="List Number 3"/>
    <w:basedOn w:val="Normal"/>
    <w:uiPriority w:val="99"/>
    <w:unhideWhenUsed/>
    <w:rsid w:val="0029639D"/>
    <w:pPr>
      <w:numPr>
        <w:numId w:val="7"/>
      </w:numPr>
    </w:pPr>
  </w:style>
  <w:style w:type="paragraph" w:styleId="Listcontinuare">
    <w:name w:val="List Continue"/>
    <w:basedOn w:val="Normal"/>
    <w:uiPriority w:val="99"/>
    <w:unhideWhenUsed/>
    <w:rsid w:val="0029639D"/>
    <w:pPr>
      <w:spacing w:after="120"/>
      <w:ind w:left="360"/>
    </w:pPr>
  </w:style>
  <w:style w:type="paragraph" w:styleId="Listcontinuare2">
    <w:name w:val="List Continue 2"/>
    <w:basedOn w:val="Normal"/>
    <w:uiPriority w:val="99"/>
    <w:unhideWhenUsed/>
    <w:rsid w:val="0029639D"/>
    <w:pPr>
      <w:spacing w:after="120"/>
      <w:ind w:left="720"/>
    </w:pPr>
  </w:style>
  <w:style w:type="paragraph" w:styleId="Listcontinuare3">
    <w:name w:val="List Continue 3"/>
    <w:basedOn w:val="Normal"/>
    <w:uiPriority w:val="99"/>
    <w:unhideWhenUsed/>
    <w:rsid w:val="0029639D"/>
    <w:pPr>
      <w:spacing w:after="120"/>
      <w:ind w:left="1080"/>
    </w:pPr>
  </w:style>
  <w:style w:type="paragraph" w:styleId="Textmacrocomand">
    <w:name w:val="macro"/>
    <w:link w:val="TextmacrocomandCaracte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xtmacrocomandCaracter">
    <w:name w:val="Text macrocomandă Caracter"/>
    <w:basedOn w:val="Fontdeparagrafimplicit"/>
    <w:link w:val="Textmacrocomand"/>
    <w:uiPriority w:val="99"/>
    <w:rsid w:val="0029639D"/>
    <w:rPr>
      <w:rFonts w:ascii="Courier" w:hAnsi="Courier"/>
      <w:sz w:val="20"/>
      <w:szCs w:val="20"/>
    </w:rPr>
  </w:style>
  <w:style w:type="paragraph" w:styleId="Citat">
    <w:name w:val="Quote"/>
    <w:basedOn w:val="Normal"/>
    <w:next w:val="Normal"/>
    <w:link w:val="CitatCaracter"/>
    <w:uiPriority w:val="29"/>
    <w:qFormat/>
    <w:rsid w:val="00FC693F"/>
    <w:rPr>
      <w:i/>
      <w:iCs/>
      <w:color w:val="000000" w:themeColor="text1"/>
    </w:rPr>
  </w:style>
  <w:style w:type="character" w:customStyle="1" w:styleId="CitatCaracter">
    <w:name w:val="Citat Caracter"/>
    <w:basedOn w:val="Fontdeparagrafimplicit"/>
    <w:link w:val="Citat"/>
    <w:uiPriority w:val="29"/>
    <w:rsid w:val="00FC693F"/>
    <w:rPr>
      <w:i/>
      <w:iCs/>
      <w:color w:val="000000" w:themeColor="text1"/>
    </w:rPr>
  </w:style>
  <w:style w:type="character" w:customStyle="1" w:styleId="Titlu4Caracter">
    <w:name w:val="Titlu 4 Caracter"/>
    <w:basedOn w:val="Fontdeparagrafimplicit"/>
    <w:link w:val="Titlu4"/>
    <w:uiPriority w:val="9"/>
    <w:semiHidden/>
    <w:rsid w:val="00FC693F"/>
    <w:rPr>
      <w:rFonts w:asciiTheme="majorHAnsi" w:eastAsiaTheme="majorEastAsia" w:hAnsiTheme="majorHAnsi" w:cstheme="majorBidi"/>
      <w:b/>
      <w:bCs/>
      <w:i/>
      <w:iCs/>
      <w:color w:val="4F81BD" w:themeColor="accent1"/>
    </w:rPr>
  </w:style>
  <w:style w:type="character" w:customStyle="1" w:styleId="Titlu5Caracter">
    <w:name w:val="Titlu 5 Caracter"/>
    <w:basedOn w:val="Fontdeparagrafimplicit"/>
    <w:link w:val="Titlu5"/>
    <w:uiPriority w:val="9"/>
    <w:semiHidden/>
    <w:rsid w:val="00FC693F"/>
    <w:rPr>
      <w:rFonts w:asciiTheme="majorHAnsi" w:eastAsiaTheme="majorEastAsia" w:hAnsiTheme="majorHAnsi" w:cstheme="majorBidi"/>
      <w:color w:val="243F60" w:themeColor="accent1" w:themeShade="7F"/>
    </w:rPr>
  </w:style>
  <w:style w:type="character" w:customStyle="1" w:styleId="Titlu6Caracter">
    <w:name w:val="Titlu 6 Caracter"/>
    <w:basedOn w:val="Fontdeparagrafimplicit"/>
    <w:link w:val="Titlu6"/>
    <w:uiPriority w:val="9"/>
    <w:semiHidden/>
    <w:rsid w:val="00FC693F"/>
    <w:rPr>
      <w:rFonts w:asciiTheme="majorHAnsi" w:eastAsiaTheme="majorEastAsia" w:hAnsiTheme="majorHAnsi" w:cstheme="majorBidi"/>
      <w:i/>
      <w:iCs/>
      <w:color w:val="243F60" w:themeColor="accent1" w:themeShade="7F"/>
    </w:rPr>
  </w:style>
  <w:style w:type="character" w:customStyle="1" w:styleId="Titlu7Caracter">
    <w:name w:val="Titlu 7 Caracter"/>
    <w:basedOn w:val="Fontdeparagrafimplicit"/>
    <w:link w:val="Titlu7"/>
    <w:uiPriority w:val="9"/>
    <w:semiHidden/>
    <w:rsid w:val="00FC693F"/>
    <w:rPr>
      <w:rFonts w:asciiTheme="majorHAnsi" w:eastAsiaTheme="majorEastAsia" w:hAnsiTheme="majorHAnsi" w:cstheme="majorBidi"/>
      <w:i/>
      <w:iCs/>
      <w:color w:val="404040" w:themeColor="text1" w:themeTint="BF"/>
    </w:rPr>
  </w:style>
  <w:style w:type="character" w:customStyle="1" w:styleId="Titlu8Caracter">
    <w:name w:val="Titlu 8 Caracter"/>
    <w:basedOn w:val="Fontdeparagrafimplicit"/>
    <w:link w:val="Titlu8"/>
    <w:uiPriority w:val="9"/>
    <w:semiHidden/>
    <w:rsid w:val="00FC693F"/>
    <w:rPr>
      <w:rFonts w:asciiTheme="majorHAnsi" w:eastAsiaTheme="majorEastAsia" w:hAnsiTheme="majorHAnsi" w:cstheme="majorBidi"/>
      <w:color w:val="4F81BD" w:themeColor="accent1"/>
      <w:sz w:val="20"/>
      <w:szCs w:val="20"/>
    </w:rPr>
  </w:style>
  <w:style w:type="character" w:customStyle="1" w:styleId="Titlu9Caracter">
    <w:name w:val="Titlu 9 Caracter"/>
    <w:basedOn w:val="Fontdeparagrafimplicit"/>
    <w:link w:val="Titlu9"/>
    <w:uiPriority w:val="9"/>
    <w:semiHidden/>
    <w:rsid w:val="00FC693F"/>
    <w:rPr>
      <w:rFonts w:asciiTheme="majorHAnsi" w:eastAsiaTheme="majorEastAsia" w:hAnsiTheme="majorHAnsi" w:cstheme="majorBidi"/>
      <w:i/>
      <w:iCs/>
      <w:color w:val="404040" w:themeColor="text1" w:themeTint="BF"/>
      <w:sz w:val="20"/>
      <w:szCs w:val="20"/>
    </w:rPr>
  </w:style>
  <w:style w:type="paragraph" w:styleId="Legend">
    <w:name w:val="caption"/>
    <w:basedOn w:val="Normal"/>
    <w:next w:val="Normal"/>
    <w:uiPriority w:val="35"/>
    <w:semiHidden/>
    <w:unhideWhenUsed/>
    <w:qFormat/>
    <w:rsid w:val="00FC693F"/>
    <w:rPr>
      <w:b/>
      <w:bCs/>
      <w:color w:val="4F81BD" w:themeColor="accent1"/>
      <w:sz w:val="18"/>
      <w:szCs w:val="18"/>
    </w:rPr>
  </w:style>
  <w:style w:type="character" w:styleId="Robust">
    <w:name w:val="Strong"/>
    <w:basedOn w:val="Fontdeparagrafimplicit"/>
    <w:uiPriority w:val="22"/>
    <w:qFormat/>
    <w:rsid w:val="00FC693F"/>
    <w:rPr>
      <w:b/>
      <w:bCs/>
    </w:rPr>
  </w:style>
  <w:style w:type="character" w:styleId="Accentuat">
    <w:name w:val="Emphasis"/>
    <w:basedOn w:val="Fontdeparagrafimplicit"/>
    <w:uiPriority w:val="20"/>
    <w:qFormat/>
    <w:rsid w:val="00FC693F"/>
    <w:rPr>
      <w:i/>
      <w:iCs/>
    </w:rPr>
  </w:style>
  <w:style w:type="paragraph" w:styleId="Citatintens">
    <w:name w:val="Intense Quote"/>
    <w:basedOn w:val="Normal"/>
    <w:next w:val="Normal"/>
    <w:link w:val="CitatintensCaracte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itatintensCaracter">
    <w:name w:val="Citat intens Caracter"/>
    <w:basedOn w:val="Fontdeparagrafimplicit"/>
    <w:link w:val="Citatintens"/>
    <w:uiPriority w:val="30"/>
    <w:rsid w:val="00FC693F"/>
    <w:rPr>
      <w:b/>
      <w:bCs/>
      <w:i/>
      <w:iCs/>
      <w:color w:val="4F81BD" w:themeColor="accent1"/>
    </w:rPr>
  </w:style>
  <w:style w:type="character" w:styleId="Accentuaresubtil">
    <w:name w:val="Subtle Emphasis"/>
    <w:basedOn w:val="Fontdeparagrafimplicit"/>
    <w:uiPriority w:val="19"/>
    <w:qFormat/>
    <w:rsid w:val="00FC693F"/>
    <w:rPr>
      <w:i/>
      <w:iCs/>
      <w:color w:val="808080" w:themeColor="text1" w:themeTint="7F"/>
    </w:rPr>
  </w:style>
  <w:style w:type="character" w:styleId="Accentuareintens">
    <w:name w:val="Intense Emphasis"/>
    <w:basedOn w:val="Fontdeparagrafimplicit"/>
    <w:uiPriority w:val="21"/>
    <w:qFormat/>
    <w:rsid w:val="00FC693F"/>
    <w:rPr>
      <w:b/>
      <w:bCs/>
      <w:i/>
      <w:iCs/>
      <w:color w:val="4F81BD" w:themeColor="accent1"/>
    </w:rPr>
  </w:style>
  <w:style w:type="character" w:styleId="Referiresubtil">
    <w:name w:val="Subtle Reference"/>
    <w:basedOn w:val="Fontdeparagrafimplicit"/>
    <w:uiPriority w:val="31"/>
    <w:qFormat/>
    <w:rsid w:val="00FC693F"/>
    <w:rPr>
      <w:smallCaps/>
      <w:color w:val="C0504D" w:themeColor="accent2"/>
      <w:u w:val="single"/>
    </w:rPr>
  </w:style>
  <w:style w:type="character" w:styleId="Referireintens">
    <w:name w:val="Intense Reference"/>
    <w:basedOn w:val="Fontdeparagrafimplicit"/>
    <w:uiPriority w:val="32"/>
    <w:qFormat/>
    <w:rsid w:val="00FC693F"/>
    <w:rPr>
      <w:b/>
      <w:bCs/>
      <w:smallCaps/>
      <w:color w:val="C0504D" w:themeColor="accent2"/>
      <w:spacing w:val="5"/>
      <w:u w:val="single"/>
    </w:rPr>
  </w:style>
  <w:style w:type="character" w:styleId="Titlulcrii">
    <w:name w:val="Book Title"/>
    <w:basedOn w:val="Fontdeparagrafimplicit"/>
    <w:uiPriority w:val="33"/>
    <w:qFormat/>
    <w:rsid w:val="00FC693F"/>
    <w:rPr>
      <w:b/>
      <w:bCs/>
      <w:smallCaps/>
      <w:spacing w:val="5"/>
    </w:rPr>
  </w:style>
  <w:style w:type="paragraph" w:styleId="Titlucuprins">
    <w:name w:val="TOC Heading"/>
    <w:basedOn w:val="Titlu1"/>
    <w:next w:val="Normal"/>
    <w:uiPriority w:val="39"/>
    <w:semiHidden/>
    <w:unhideWhenUsed/>
    <w:qFormat/>
    <w:rsid w:val="00FC693F"/>
    <w:pPr>
      <w:outlineLvl w:val="9"/>
    </w:pPr>
  </w:style>
  <w:style w:type="table" w:styleId="Tabelgril">
    <w:name w:val="Table Grid"/>
    <w:basedOn w:val="Tabel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Umbriredeculoaredeschis">
    <w:name w:val="Light Shading"/>
    <w:basedOn w:val="Tabel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Umbriredeculoaredeschis-Accentuare1">
    <w:name w:val="Light Shading Accent 1"/>
    <w:basedOn w:val="Tabel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Umbriredeculoaredeschis-Accentuare2">
    <w:name w:val="Light Shading Accent 2"/>
    <w:basedOn w:val="Tabel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Umbriredeculoaredeschis-Accentuare3">
    <w:name w:val="Light Shading Accent 3"/>
    <w:basedOn w:val="Tabel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Umbriredeculoaredeschis-Accentuare4">
    <w:name w:val="Light Shading Accent 4"/>
    <w:basedOn w:val="Tabel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Umbriredeculoaredeschis-Accentuare5">
    <w:name w:val="Light Shading Accent 5"/>
    <w:basedOn w:val="Tabel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Umbriredeculoaredeschis-Accentuare6">
    <w:name w:val="Light Shading Accent 6"/>
    <w:basedOn w:val="Tabel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stdeculoaredeschis">
    <w:name w:val="Light List"/>
    <w:basedOn w:val="Tabel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stdeculoaredeschis-Accentuare1">
    <w:name w:val="Light List Accent 1"/>
    <w:basedOn w:val="Tabel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deculoaredeschis-Accentuare2">
    <w:name w:val="Light List Accent 2"/>
    <w:basedOn w:val="Tabel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stdeculoaredeschis-Accentuare3">
    <w:name w:val="Light List Accent 3"/>
    <w:basedOn w:val="Tabel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stdeculoaredeschis-Accentuare4">
    <w:name w:val="Light List Accent 4"/>
    <w:basedOn w:val="Tabel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stdeculoaredeschis-Accentuare5">
    <w:name w:val="Light List Accent 5"/>
    <w:basedOn w:val="Tabel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stdeculoaredeschis-Accentuare6">
    <w:name w:val="Light List Accent 6"/>
    <w:basedOn w:val="Tabel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Grildeculoaredeschis">
    <w:name w:val="Light Grid"/>
    <w:basedOn w:val="Tabel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Grildeculoaredeschis-Accentuare1">
    <w:name w:val="Light Grid Accent 1"/>
    <w:basedOn w:val="Tabel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Grildeculoaredeschis-Accentuare2">
    <w:name w:val="Light Grid Accent 2"/>
    <w:basedOn w:val="Tabel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Grildeculoaredeschis-Accentuare3">
    <w:name w:val="Light Grid Accent 3"/>
    <w:basedOn w:val="Tabel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Grildeculoaredeschis-Accentuare4">
    <w:name w:val="Light Grid Accent 4"/>
    <w:basedOn w:val="Tabel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Grildeculoaredeschis-Accentuare5">
    <w:name w:val="Light Grid Accent 5"/>
    <w:basedOn w:val="Tabel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Grildeculoaredeschis-Accentuare6">
    <w:name w:val="Light Grid Accent 6"/>
    <w:basedOn w:val="Tabel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Umbriremedie1">
    <w:name w:val="Medium Shading 1"/>
    <w:basedOn w:val="Tabel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Umbriremedie1-Accentuare1">
    <w:name w:val="Medium Shading 1 Accent 1"/>
    <w:basedOn w:val="Tabel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Umbriremedie1-Accentuare2">
    <w:name w:val="Medium Shading 1 Accent 2"/>
    <w:basedOn w:val="Tabel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Umbriremedie1-Accentuare3">
    <w:name w:val="Medium Shading 1 Accent 3"/>
    <w:basedOn w:val="Tabel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Umbriremedie1-Accentuare4">
    <w:name w:val="Medium Shading 1 Accent 4"/>
    <w:basedOn w:val="Tabel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Umbriremedie1-Accentuare5">
    <w:name w:val="Medium Shading 1 Accent 5"/>
    <w:basedOn w:val="Tabel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Umbriremedie1-Accentuare6">
    <w:name w:val="Medium Shading 1 Accent 6"/>
    <w:basedOn w:val="Tabel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Umbriremedie2">
    <w:name w:val="Medium Shading 2"/>
    <w:basedOn w:val="Tabel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Umbriremedie2-Accentuare1">
    <w:name w:val="Medium Shading 2 Accent 1"/>
    <w:basedOn w:val="Tabel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Umbriremedie2-Accentuare2">
    <w:name w:val="Medium Shading 2 Accent 2"/>
    <w:basedOn w:val="Tabel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Umbriremedie2-Accentuare3">
    <w:name w:val="Medium Shading 2 Accent 3"/>
    <w:basedOn w:val="Tabel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Umbriremedie2-Accentuare4">
    <w:name w:val="Medium Shading 2 Accent 4"/>
    <w:basedOn w:val="Tabel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Umbriremedie2-Accentuare5">
    <w:name w:val="Medium Shading 2 Accent 5"/>
    <w:basedOn w:val="Tabel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Umbriremedie2-Accentuare6">
    <w:name w:val="Medium Shading 2 Accent 6"/>
    <w:basedOn w:val="Tabel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medie1">
    <w:name w:val="Medium List 1"/>
    <w:basedOn w:val="Tabel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medie1-Accentuare1">
    <w:name w:val="Medium List 1 Accent 1"/>
    <w:basedOn w:val="Tabel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Listmedie1-Accentuare2">
    <w:name w:val="Medium List 1 Accent 2"/>
    <w:basedOn w:val="Tabel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Listmedie1-Accentuare3">
    <w:name w:val="Medium List 1 Accent 3"/>
    <w:basedOn w:val="Tabel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Listmedie1-Accentuare4">
    <w:name w:val="Medium List 1 Accent 4"/>
    <w:basedOn w:val="Tabel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Listmedie1-Accentuare5">
    <w:name w:val="Medium List 1 Accent 5"/>
    <w:basedOn w:val="Tabel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Listmedie1-Accentuare6">
    <w:name w:val="Medium List 1 Accent 6"/>
    <w:basedOn w:val="Tabel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Listmedie2">
    <w:name w:val="Medium List 2"/>
    <w:basedOn w:val="Tabel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medie2-Accentuare1">
    <w:name w:val="Medium List 2 Accent 1"/>
    <w:basedOn w:val="Tabel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medie2-Accentuare2">
    <w:name w:val="Medium List 2 Accent 2"/>
    <w:basedOn w:val="Tabel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medie2-Accentuare3">
    <w:name w:val="Medium List 2 Accent 3"/>
    <w:basedOn w:val="Tabel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medie2-Accentuare4">
    <w:name w:val="Medium List 2 Accent 4"/>
    <w:basedOn w:val="Tabel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medie2-Accentuare5">
    <w:name w:val="Medium List 2 Accent 5"/>
    <w:basedOn w:val="Tabel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medie2-Accentuare6">
    <w:name w:val="Medium List 2 Accent 6"/>
    <w:basedOn w:val="Tabel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rilmedie1">
    <w:name w:val="Medium Grid 1"/>
    <w:basedOn w:val="Tabel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lmedie1-Accentuare1">
    <w:name w:val="Medium Grid 1 Accent 1"/>
    <w:basedOn w:val="Tabel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ilmedie1-Accentuare2">
    <w:name w:val="Medium Grid 1 Accent 2"/>
    <w:basedOn w:val="Tabel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ilmedie1-Accentuare3">
    <w:name w:val="Medium Grid 1 Accent 3"/>
    <w:basedOn w:val="Tabel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ilmedie1-Accentuare4">
    <w:name w:val="Medium Grid 1 Accent 4"/>
    <w:basedOn w:val="Tabel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ilmedie1-Accentuare5">
    <w:name w:val="Medium Grid 1 Accent 5"/>
    <w:basedOn w:val="Tabel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ilmedie1-Accentuare6">
    <w:name w:val="Medium Grid 1 Accent 6"/>
    <w:basedOn w:val="Tabel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rilmedie2">
    <w:name w:val="Medium Grid 2"/>
    <w:basedOn w:val="Tabel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rilmedie2-Accentuare1">
    <w:name w:val="Medium Grid 2 Accent 1"/>
    <w:basedOn w:val="Tabel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Grilmedie2-Accentuare2">
    <w:name w:val="Medium Grid 2 Accent 2"/>
    <w:basedOn w:val="Tabel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Grilmedie2-Accentuare3">
    <w:name w:val="Medium Grid 2 Accent 3"/>
    <w:basedOn w:val="Tabel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Grilmedie2-Accentuare4">
    <w:name w:val="Medium Grid 2 Accent 4"/>
    <w:basedOn w:val="Tabel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Grilmedie2-Accentuare5">
    <w:name w:val="Medium Grid 2 Accent 5"/>
    <w:basedOn w:val="Tabel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Grilmedie2-Accentuare6">
    <w:name w:val="Medium Grid 2 Accent 6"/>
    <w:basedOn w:val="Tabel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Grilmedie3">
    <w:name w:val="Medium Grid 3"/>
    <w:basedOn w:val="Tabel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rilmedie3-Accentuare1">
    <w:name w:val="Medium Grid 3 Accent 1"/>
    <w:basedOn w:val="Tabel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Grilmedie3-Accentuare2">
    <w:name w:val="Medium Grid 3 Accent 2"/>
    <w:basedOn w:val="Tabel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Grilmedie3-Accentuare3">
    <w:name w:val="Medium Grid 3 Accent 3"/>
    <w:basedOn w:val="Tabel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Grilmedie3-Accentuare4">
    <w:name w:val="Medium Grid 3 Accent 4"/>
    <w:basedOn w:val="Tabel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Grilmedie3-Accentuare5">
    <w:name w:val="Medium Grid 3 Accent 5"/>
    <w:basedOn w:val="Tabel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Grilmedie3-Accentuare6">
    <w:name w:val="Medium Grid 3 Accent 6"/>
    <w:basedOn w:val="Tabel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Listdeculoarenchis">
    <w:name w:val="Dark List"/>
    <w:basedOn w:val="Tabel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Listdeculoarenchis-Accentuare1">
    <w:name w:val="Dark List Accent 1"/>
    <w:basedOn w:val="Tabel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Listdeculoarenchis-Accentuare2">
    <w:name w:val="Dark List Accent 2"/>
    <w:basedOn w:val="Tabel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Listdeculoarenchis-Accentuare3">
    <w:name w:val="Dark List Accent 3"/>
    <w:basedOn w:val="Tabel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Listdeculoarenchis-Accentuare4">
    <w:name w:val="Dark List Accent 4"/>
    <w:basedOn w:val="Tabel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Listdeculoarenchis-Accentuare5">
    <w:name w:val="Dark List Accent 5"/>
    <w:basedOn w:val="Tabel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Listdeculoarenchis-Accentuare6">
    <w:name w:val="Dark List Accent 6"/>
    <w:basedOn w:val="Tabel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Umbrirecolorat">
    <w:name w:val="Colorful Shading"/>
    <w:basedOn w:val="Tabel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Umbrirecolorat-Accentuare1">
    <w:name w:val="Colorful Shading Accent 1"/>
    <w:basedOn w:val="Tabel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Umbrirecolorat-Accentuare2">
    <w:name w:val="Colorful Shading Accent 2"/>
    <w:basedOn w:val="Tabel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Umbrirecolorat-Accentuare3">
    <w:name w:val="Colorful Shading Accent 3"/>
    <w:basedOn w:val="Tabel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Umbrirecolorat-Accentuare4">
    <w:name w:val="Colorful Shading Accent 4"/>
    <w:basedOn w:val="Tabel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Umbrirecolorat-Accentuare5">
    <w:name w:val="Colorful Shading Accent 5"/>
    <w:basedOn w:val="Tabel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Umbrirecolorat-Accentuare6">
    <w:name w:val="Colorful Shading Accent 6"/>
    <w:basedOn w:val="Tabel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Listcolorat">
    <w:name w:val="Colorful List"/>
    <w:basedOn w:val="Tabel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Listcolorat-Accentuare1">
    <w:name w:val="Colorful List Accent 1"/>
    <w:basedOn w:val="Tabel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Listcolorat-Accentuare2">
    <w:name w:val="Colorful List Accent 2"/>
    <w:basedOn w:val="Tabel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Listcolorat-Accentuare3">
    <w:name w:val="Colorful List Accent 3"/>
    <w:basedOn w:val="Tabel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Listcolorat-Accentuare4">
    <w:name w:val="Colorful List Accent 4"/>
    <w:basedOn w:val="Tabel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Listcolorat-Accentuare5">
    <w:name w:val="Colorful List Accent 5"/>
    <w:basedOn w:val="Tabel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Listcolorat-Accentuare6">
    <w:name w:val="Colorful List Accent 6"/>
    <w:basedOn w:val="Tabel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Grilcolorat">
    <w:name w:val="Colorful Grid"/>
    <w:basedOn w:val="Tabel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lcolorat-Accentuare1">
    <w:name w:val="Colorful Grid Accent 1"/>
    <w:basedOn w:val="Tabel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ilcolorat-Accentuare2">
    <w:name w:val="Colorful Grid Accent 2"/>
    <w:basedOn w:val="Tabel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ilcolorat-Accentuare3">
    <w:name w:val="Colorful Grid Accent 3"/>
    <w:basedOn w:val="Tabel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ilcolorat-Accentuare4">
    <w:name w:val="Colorful Grid Accent 4"/>
    <w:basedOn w:val="Tabel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ilcolorat-Accentuare5">
    <w:name w:val="Colorful Grid Accent 5"/>
    <w:basedOn w:val="Tabel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ilcolorat-Accentuare6">
    <w:name w:val="Colorful Grid Accent 6"/>
    <w:basedOn w:val="Tabel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uthorAffiliation">
    <w:name w:val="Author Affiliation"/>
    <w:basedOn w:val="Normal"/>
    <w:link w:val="AuthorAffiliationCaracter"/>
    <w:qFormat/>
    <w:rsid w:val="00183EA6"/>
    <w:rPr>
      <w:i/>
      <w:sz w:val="18"/>
    </w:rPr>
  </w:style>
  <w:style w:type="character" w:customStyle="1" w:styleId="AuthorAffiliationCaracter">
    <w:name w:val="Author Affiliation Caracter"/>
    <w:basedOn w:val="Fontdeparagrafimplicit"/>
    <w:link w:val="AuthorAffiliation"/>
    <w:rsid w:val="00183EA6"/>
    <w:rPr>
      <w:rFonts w:ascii="Times New Roman" w:eastAsia="Times New Roman" w:hAnsi="Times New Roman"/>
      <w:i/>
      <w:sz w:val="18"/>
    </w:rPr>
  </w:style>
  <w:style w:type="character" w:styleId="Hyperlink">
    <w:name w:val="Hyperlink"/>
    <w:basedOn w:val="Fontdeparagrafimplicit"/>
    <w:uiPriority w:val="99"/>
    <w:unhideWhenUsed/>
    <w:rsid w:val="00183EA6"/>
    <w:rPr>
      <w:color w:val="0000FF" w:themeColor="hyperlink"/>
      <w:u w:val="single"/>
    </w:rPr>
  </w:style>
  <w:style w:type="character" w:styleId="MeniuneNerezolvat">
    <w:name w:val="Unresolved Mention"/>
    <w:basedOn w:val="Fontdeparagrafimplicit"/>
    <w:uiPriority w:val="99"/>
    <w:semiHidden/>
    <w:unhideWhenUsed/>
    <w:rsid w:val="00183EA6"/>
    <w:rPr>
      <w:color w:val="605E5C"/>
      <w:shd w:val="clear" w:color="auto" w:fill="E1DFDD"/>
    </w:rPr>
  </w:style>
  <w:style w:type="paragraph" w:customStyle="1" w:styleId="Keywords">
    <w:name w:val="Keywords"/>
    <w:basedOn w:val="Normal"/>
    <w:link w:val="KeywordsCaracter"/>
    <w:qFormat/>
    <w:rsid w:val="00187D89"/>
    <w:pPr>
      <w:spacing w:before="240" w:after="240"/>
    </w:pPr>
    <w:rPr>
      <w:rFonts w:eastAsia="Times New Roman" w:cs="Times New Roman"/>
      <w:bCs/>
      <w:i/>
      <w:color w:val="000000"/>
      <w:sz w:val="18"/>
      <w:lang w:val="en-US" w:eastAsia="ro-RO"/>
    </w:rPr>
  </w:style>
  <w:style w:type="character" w:customStyle="1" w:styleId="KeywordsCaracter">
    <w:name w:val="Keywords Caracter"/>
    <w:basedOn w:val="Fontdeparagrafimplicit"/>
    <w:link w:val="Keywords"/>
    <w:rsid w:val="00187D89"/>
    <w:rPr>
      <w:rFonts w:ascii="Times New Roman" w:eastAsia="Times New Roman" w:hAnsi="Times New Roman" w:cs="Times New Roman"/>
      <w:bCs/>
      <w:i/>
      <w:color w:val="000000"/>
      <w:kern w:val="2"/>
      <w:sz w:val="18"/>
      <w:szCs w:val="24"/>
      <w:lang w:eastAsia="ro-RO"/>
      <w14:ligatures w14:val="standardContextual"/>
    </w:rPr>
  </w:style>
  <w:style w:type="paragraph" w:customStyle="1" w:styleId="Sub-subtitlu">
    <w:name w:val="Sub-subtitlu"/>
    <w:basedOn w:val="Normal"/>
    <w:link w:val="Sub-subtitluCaracter"/>
    <w:qFormat/>
    <w:rsid w:val="00187D89"/>
    <w:pPr>
      <w:spacing w:before="240"/>
    </w:pPr>
    <w:rPr>
      <w:i/>
      <w:lang w:val="en-US" w:eastAsia="ro-RO"/>
    </w:rPr>
  </w:style>
  <w:style w:type="character" w:customStyle="1" w:styleId="Sub-subtitluCaracter">
    <w:name w:val="Sub-subtitlu Caracter"/>
    <w:basedOn w:val="Fontdeparagrafimplicit"/>
    <w:link w:val="Sub-subtitlu"/>
    <w:rsid w:val="00187D89"/>
    <w:rPr>
      <w:rFonts w:ascii="Times New Roman" w:eastAsiaTheme="minorHAnsi" w:hAnsi="Times New Roman"/>
      <w:i/>
      <w:kern w:val="2"/>
      <w:sz w:val="24"/>
      <w:szCs w:val="24"/>
      <w:lang w:eastAsia="ro-RO"/>
      <w14:ligatures w14:val="standardContextual"/>
    </w:rPr>
  </w:style>
  <w:style w:type="paragraph" w:customStyle="1" w:styleId="References">
    <w:name w:val="References"/>
    <w:basedOn w:val="Normal"/>
    <w:link w:val="ReferencesCaracter"/>
    <w:qFormat/>
    <w:rsid w:val="004F4A40"/>
    <w:pPr>
      <w:spacing w:before="240" w:after="120"/>
    </w:pPr>
    <w:rPr>
      <w:rFonts w:cs="Times New Roman"/>
      <w:b/>
      <w:bCs/>
      <w:caps/>
      <w:noProof/>
    </w:rPr>
  </w:style>
  <w:style w:type="character" w:customStyle="1" w:styleId="ReferencesCaracter">
    <w:name w:val="References Caracter"/>
    <w:basedOn w:val="Fontdeparagrafimplicit"/>
    <w:link w:val="References"/>
    <w:rsid w:val="004F4A40"/>
    <w:rPr>
      <w:rFonts w:ascii="Times New Roman" w:eastAsiaTheme="minorHAnsi" w:hAnsi="Times New Roman" w:cs="Times New Roman"/>
      <w:b/>
      <w:bCs/>
      <w:caps/>
      <w:noProof/>
      <w:kern w:val="2"/>
      <w:sz w:val="24"/>
      <w:szCs w:val="24"/>
      <w:lang w:val="ro-RO"/>
      <w14:ligatures w14:val="standardContextual"/>
    </w:rPr>
  </w:style>
  <w:style w:type="paragraph" w:customStyle="1" w:styleId="Referenceslist">
    <w:name w:val="References list"/>
    <w:basedOn w:val="Normal"/>
    <w:link w:val="ReferenceslistCaracter"/>
    <w:qFormat/>
    <w:rsid w:val="00187D89"/>
    <w:pPr>
      <w:numPr>
        <w:numId w:val="11"/>
      </w:numPr>
      <w:spacing w:after="0"/>
    </w:pPr>
    <w:rPr>
      <w:rFonts w:cs="Times New Roman"/>
      <w:noProof/>
      <w:sz w:val="20"/>
    </w:rPr>
  </w:style>
  <w:style w:type="character" w:customStyle="1" w:styleId="ReferenceslistCaracter">
    <w:name w:val="References list Caracter"/>
    <w:basedOn w:val="Fontdeparagrafimplicit"/>
    <w:link w:val="Referenceslist"/>
    <w:rsid w:val="00187D89"/>
    <w:rPr>
      <w:rFonts w:ascii="Times New Roman" w:eastAsiaTheme="minorHAnsi" w:hAnsi="Times New Roman" w:cs="Times New Roman"/>
      <w:noProof/>
      <w:kern w:val="2"/>
      <w:sz w:val="20"/>
      <w:szCs w:val="24"/>
      <w:lang w:val="ro-RO"/>
      <w14:ligatures w14:val="standardContextual"/>
    </w:rPr>
  </w:style>
  <w:style w:type="paragraph" w:customStyle="1" w:styleId="Correspondingauthor">
    <w:name w:val="Corresponding  author"/>
    <w:basedOn w:val="Normal"/>
    <w:link w:val="CorrespondingauthorCaracter"/>
    <w:qFormat/>
    <w:rsid w:val="004F4A40"/>
    <w:pPr>
      <w:spacing w:after="0"/>
      <w:ind w:left="-6"/>
    </w:pPr>
    <w:rPr>
      <w:rFonts w:eastAsia="Times New Roman" w:cs="Times New Roman"/>
      <w:i/>
      <w:color w:val="000000"/>
      <w:sz w:val="18"/>
      <w:lang w:val="en-US" w:eastAsia="ro-RO"/>
    </w:rPr>
  </w:style>
  <w:style w:type="character" w:customStyle="1" w:styleId="CorrespondingauthorCaracter">
    <w:name w:val="Corresponding  author Caracter"/>
    <w:basedOn w:val="Fontdeparagrafimplicit"/>
    <w:link w:val="Correspondingauthor"/>
    <w:rsid w:val="004F4A40"/>
    <w:rPr>
      <w:rFonts w:ascii="Times New Roman" w:eastAsia="Times New Roman" w:hAnsi="Times New Roman" w:cs="Times New Roman"/>
      <w:i/>
      <w:color w:val="000000"/>
      <w:kern w:val="2"/>
      <w:sz w:val="18"/>
      <w:szCs w:val="24"/>
      <w:lang w:eastAsia="ro-RO"/>
      <w14:ligatures w14:val="standardContextual"/>
    </w:rPr>
  </w:style>
  <w:style w:type="paragraph" w:customStyle="1" w:styleId="Subsection">
    <w:name w:val="Subsection"/>
    <w:basedOn w:val="Subtitlu"/>
    <w:link w:val="SubsectionCaracter"/>
    <w:qFormat/>
    <w:rsid w:val="004F4A40"/>
    <w:rPr>
      <w:i/>
      <w:lang w:val="en-US" w:eastAsia="ro-RO"/>
    </w:rPr>
  </w:style>
  <w:style w:type="character" w:customStyle="1" w:styleId="SubsectionCaracter">
    <w:name w:val="Subsection Caracter"/>
    <w:basedOn w:val="SubtitluCaracter"/>
    <w:link w:val="Subsection"/>
    <w:rsid w:val="004F4A40"/>
    <w:rPr>
      <w:rFonts w:ascii="Times New Roman" w:eastAsiaTheme="majorEastAsia" w:hAnsi="Times New Roman" w:cstheme="majorBidi"/>
      <w:b/>
      <w:i/>
      <w:iCs/>
      <w:spacing w:val="15"/>
      <w:kern w:val="2"/>
      <w:sz w:val="24"/>
      <w:szCs w:val="24"/>
      <w:lang w:val="ro-RO" w:eastAsia="ro-RO"/>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email@institution.edu" TargetMode="External"/><Relationship Id="rId5" Type="http://schemas.openxmlformats.org/officeDocument/2006/relationships/webSettings" Target="webSettings.xml"/><Relationship Id="rId4" Type="http://schemas.openxmlformats.org/officeDocument/2006/relationships/settings" Target="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riana\Downloads\CONFERINTA%202026\Full%20paper%20Template%20IC%202026.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Full paper Template IC 2026</Template>
  <TotalTime>1</TotalTime>
  <Pages>2</Pages>
  <Words>486</Words>
  <Characters>2773</Characters>
  <Application>Microsoft Office Word</Application>
  <DocSecurity>0</DocSecurity>
  <Lines>23</Lines>
  <Paragraphs>6</Paragraphs>
  <ScaleCrop>false</ScaleCrop>
  <HeadingPairs>
    <vt:vector size="6" baseType="variant">
      <vt:variant>
        <vt:lpstr>Titlu</vt:lpstr>
      </vt:variant>
      <vt:variant>
        <vt:i4>1</vt:i4>
      </vt:variant>
      <vt:variant>
        <vt:lpstr>Titluri</vt:lpstr>
      </vt:variant>
      <vt:variant>
        <vt:i4>3</vt:i4>
      </vt:variant>
      <vt:variant>
        <vt:lpstr>Title</vt:lpstr>
      </vt:variant>
      <vt:variant>
        <vt:i4>1</vt:i4>
      </vt:variant>
    </vt:vector>
  </HeadingPairs>
  <TitlesOfParts>
    <vt:vector size="5" baseType="lpstr">
      <vt:lpstr/>
      <vt:lpstr>Paper Title </vt:lpstr>
      <vt:lpstr>    FAMILY-NAME Name1, FAMILY-NAME Name2 </vt:lpstr>
      <vt:lpstr/>
      <vt:lpstr/>
    </vt:vector>
  </TitlesOfParts>
  <Manager/>
  <Company/>
  <LinksUpToDate>false</LinksUpToDate>
  <CharactersWithSpaces>3253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Adriana</dc:creator>
  <cp:keywords/>
  <dc:description>generated by python-docx</dc:description>
  <cp:lastModifiedBy>Adriana Blaj</cp:lastModifiedBy>
  <cp:revision>1</cp:revision>
  <dcterms:created xsi:type="dcterms:W3CDTF">2026-07-17T08:13:00Z</dcterms:created>
  <dcterms:modified xsi:type="dcterms:W3CDTF">2026-07-17T08:14:00Z</dcterms:modified>
  <cp:category/>
</cp:coreProperties>
</file>